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56751" w:rsidRDefault="00000000">
      <w:pPr>
        <w:spacing w:before="1900" w:after="160"/>
        <w:jc w:val="center"/>
      </w:pPr>
      <w:r>
        <w:rPr>
          <w:b/>
          <w:color w:val="17365D"/>
          <w:sz w:val="60"/>
        </w:rPr>
        <w:t>ОПРОСНЫЙ ЛИСТ</w:t>
      </w:r>
    </w:p>
    <w:p w:rsidR="00E56751" w:rsidRDefault="00000000">
      <w:pPr>
        <w:spacing w:after="240"/>
        <w:jc w:val="center"/>
      </w:pPr>
      <w:r>
        <w:rPr>
          <w:b/>
          <w:color w:val="000000"/>
          <w:sz w:val="40"/>
        </w:rPr>
        <w:t>EB-1A • Extraordinary Ability</w:t>
      </w:r>
    </w:p>
    <w:p w:rsidR="00E56751" w:rsidRPr="00D55BA8" w:rsidRDefault="00000000">
      <w:pPr>
        <w:spacing w:after="440"/>
        <w:jc w:val="center"/>
        <w:rPr>
          <w:lang w:val="ru-RU"/>
        </w:rPr>
      </w:pPr>
      <w:r w:rsidRPr="00D55BA8">
        <w:rPr>
          <w:color w:val="666666"/>
          <w:sz w:val="24"/>
          <w:lang w:val="ru-RU"/>
        </w:rPr>
        <w:t>Предварительная оценка профессионального профиля и сбор доказательств</w:t>
      </w:r>
    </w:p>
    <w:p w:rsidR="00E56751" w:rsidRPr="00D55BA8" w:rsidRDefault="00000000">
      <w:pPr>
        <w:jc w:val="center"/>
        <w:rPr>
          <w:lang w:val="ru-RU"/>
        </w:rPr>
      </w:pPr>
      <w:r w:rsidRPr="00D55BA8">
        <w:rPr>
          <w:color w:val="17365D"/>
          <w:sz w:val="24"/>
          <w:lang w:val="ru-RU"/>
        </w:rPr>
        <w:t>━━━━━━━━━━━━━━━━━━━━━━━━━━━━━━━━━━━━━━━━</w:t>
      </w:r>
    </w:p>
    <w:p w:rsidR="00E56751" w:rsidRPr="00B276D0" w:rsidRDefault="00000000">
      <w:pPr>
        <w:spacing w:after="100" w:line="259" w:lineRule="auto"/>
        <w:jc w:val="center"/>
      </w:pPr>
      <w:r w:rsidRPr="00D55BA8">
        <w:rPr>
          <w:color w:val="666666"/>
          <w:sz w:val="19"/>
          <w:lang w:val="ru-RU"/>
        </w:rPr>
        <w:t xml:space="preserve">Версия: </w:t>
      </w:r>
      <w:r w:rsidR="00B276D0">
        <w:rPr>
          <w:color w:val="666666"/>
          <w:sz w:val="19"/>
        </w:rPr>
        <w:t>01</w:t>
      </w:r>
    </w:p>
    <w:p w:rsidR="00E56751" w:rsidRPr="00D55BA8" w:rsidRDefault="00000000">
      <w:pPr>
        <w:spacing w:after="300" w:line="259" w:lineRule="auto"/>
        <w:jc w:val="center"/>
        <w:rPr>
          <w:lang w:val="ru-RU"/>
        </w:rPr>
      </w:pPr>
      <w:r w:rsidRPr="00D55BA8">
        <w:rPr>
          <w:b/>
          <w:color w:val="17365D"/>
          <w:sz w:val="19"/>
          <w:lang w:val="ru-RU"/>
        </w:rPr>
        <w:t>КОНФИДЕНЦИАЛЬНО • Для предварительного скрининга и подготовки стратегии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2"/>
      </w:tblGrid>
      <w:tr w:rsidR="00E56751" w:rsidRPr="00B276D0">
        <w:trPr>
          <w:cantSplit/>
          <w:jc w:val="center"/>
        </w:trPr>
        <w:tc>
          <w:tcPr>
            <w:tcW w:w="9922" w:type="dxa"/>
            <w:tcBorders>
              <w:top w:val="single" w:sz="8" w:space="0" w:color="17365D"/>
              <w:left w:val="single" w:sz="16" w:space="0" w:color="17365D"/>
              <w:bottom w:val="single" w:sz="8" w:space="0" w:color="17365D"/>
              <w:right w:val="single" w:sz="8" w:space="0" w:color="17365D"/>
            </w:tcBorders>
            <w:shd w:val="clear" w:color="auto" w:fill="EEF4F8"/>
          </w:tcPr>
          <w:p w:rsidR="00E56751" w:rsidRPr="00D55BA8" w:rsidRDefault="00000000">
            <w:pPr>
              <w:spacing w:after="40"/>
              <w:rPr>
                <w:lang w:val="ru-RU"/>
              </w:rPr>
            </w:pPr>
            <w:r w:rsidRPr="00D55BA8">
              <w:rPr>
                <w:b/>
                <w:color w:val="17365D"/>
                <w:lang w:val="ru-RU"/>
              </w:rPr>
              <w:t>Важное уведомление</w:t>
            </w:r>
          </w:p>
          <w:p w:rsidR="00E56751" w:rsidRPr="00D55BA8" w:rsidRDefault="00000000">
            <w:pPr>
              <w:spacing w:after="0" w:line="254" w:lineRule="auto"/>
              <w:rPr>
                <w:lang w:val="ru-RU"/>
              </w:rPr>
            </w:pPr>
            <w:r w:rsidRPr="00D55BA8">
              <w:rPr>
                <w:color w:val="000000"/>
                <w:sz w:val="18"/>
                <w:lang w:val="ru-RU"/>
              </w:rPr>
              <w:t xml:space="preserve">Этот документ не является формой </w:t>
            </w:r>
            <w:r>
              <w:rPr>
                <w:color w:val="000000"/>
                <w:sz w:val="18"/>
              </w:rPr>
              <w:t>USCIS</w:t>
            </w:r>
            <w:r w:rsidRPr="00D55BA8">
              <w:rPr>
                <w:color w:val="000000"/>
                <w:sz w:val="18"/>
                <w:lang w:val="ru-RU"/>
              </w:rPr>
              <w:t xml:space="preserve"> и сам по себе не является юридическим заключением. Он предназначен для системного сбора фактов и доказательств по категории </w:t>
            </w:r>
            <w:r>
              <w:rPr>
                <w:color w:val="000000"/>
                <w:sz w:val="18"/>
              </w:rPr>
              <w:t>EB</w:t>
            </w:r>
            <w:r w:rsidRPr="00D55BA8">
              <w:rPr>
                <w:color w:val="000000"/>
                <w:sz w:val="18"/>
                <w:lang w:val="ru-RU"/>
              </w:rPr>
              <w:t>-1</w:t>
            </w:r>
            <w:r>
              <w:rPr>
                <w:color w:val="000000"/>
                <w:sz w:val="18"/>
              </w:rPr>
              <w:t>A</w:t>
            </w:r>
            <w:r w:rsidRPr="00D55BA8">
              <w:rPr>
                <w:color w:val="000000"/>
                <w:sz w:val="18"/>
                <w:lang w:val="ru-RU"/>
              </w:rPr>
              <w:t xml:space="preserve">. Итоговая квалификация зависит от конкретных документов, действующих норм, политики </w:t>
            </w:r>
            <w:r>
              <w:rPr>
                <w:color w:val="000000"/>
                <w:sz w:val="18"/>
              </w:rPr>
              <w:t>USCIS</w:t>
            </w:r>
            <w:r w:rsidRPr="00D55BA8">
              <w:rPr>
                <w:color w:val="000000"/>
                <w:sz w:val="18"/>
                <w:lang w:val="ru-RU"/>
              </w:rPr>
              <w:t xml:space="preserve"> и обстоятельств дела на дату подачи.</w:t>
            </w:r>
          </w:p>
        </w:tc>
      </w:tr>
    </w:tbl>
    <w:p w:rsidR="00E56751" w:rsidRPr="00D55BA8" w:rsidRDefault="00E56751">
      <w:pPr>
        <w:spacing w:after="40"/>
        <w:rPr>
          <w:lang w:val="ru-RU"/>
        </w:rPr>
      </w:pPr>
    </w:p>
    <w:p w:rsidR="00E56751" w:rsidRDefault="00000000">
      <w:pPr>
        <w:spacing w:before="200"/>
        <w:jc w:val="center"/>
      </w:pPr>
      <w:proofErr w:type="spellStart"/>
      <w:r>
        <w:rPr>
          <w:i/>
          <w:color w:val="666666"/>
          <w:sz w:val="17"/>
        </w:rPr>
        <w:t>Основа</w:t>
      </w:r>
      <w:proofErr w:type="spellEnd"/>
      <w:r>
        <w:rPr>
          <w:i/>
          <w:color w:val="666666"/>
          <w:sz w:val="17"/>
        </w:rPr>
        <w:t xml:space="preserve"> </w:t>
      </w:r>
      <w:proofErr w:type="spellStart"/>
      <w:r>
        <w:rPr>
          <w:i/>
          <w:color w:val="666666"/>
          <w:sz w:val="17"/>
        </w:rPr>
        <w:t>структуры</w:t>
      </w:r>
      <w:proofErr w:type="spellEnd"/>
      <w:r>
        <w:rPr>
          <w:i/>
          <w:color w:val="666666"/>
          <w:sz w:val="17"/>
        </w:rPr>
        <w:t>: INA §203(b)(1)(A), 8 CFR §204.5(h), USCIS Policy Manual, Vol. 6, Part F, Ch. 2.</w:t>
      </w:r>
    </w:p>
    <w:p w:rsidR="00E56751" w:rsidRDefault="00000000">
      <w:r>
        <w:br w:type="page"/>
      </w:r>
    </w:p>
    <w:p w:rsidR="00E56751" w:rsidRPr="00D55BA8" w:rsidRDefault="00000000">
      <w:pPr>
        <w:keepNext/>
        <w:pBdr>
          <w:bottom w:val="single" w:sz="16" w:space="1" w:color="17365D"/>
        </w:pBdr>
        <w:spacing w:before="80" w:after="160"/>
        <w:rPr>
          <w:lang w:val="ru-RU"/>
        </w:rPr>
      </w:pPr>
      <w:r w:rsidRPr="00D55BA8">
        <w:rPr>
          <w:b/>
          <w:color w:val="17365D"/>
          <w:sz w:val="32"/>
          <w:lang w:val="ru-RU"/>
        </w:rPr>
        <w:lastRenderedPageBreak/>
        <w:t>0. Как заполнять анкету</w:t>
      </w:r>
    </w:p>
    <w:p w:rsidR="00E56751" w:rsidRPr="00D55BA8" w:rsidRDefault="00000000">
      <w:pPr>
        <w:keepNext/>
        <w:spacing w:after="160" w:line="259" w:lineRule="auto"/>
        <w:rPr>
          <w:lang w:val="ru-RU"/>
        </w:rPr>
      </w:pPr>
      <w:r w:rsidRPr="00D55BA8">
        <w:rPr>
          <w:i/>
          <w:color w:val="666666"/>
          <w:sz w:val="19"/>
          <w:lang w:val="ru-RU"/>
        </w:rPr>
        <w:t>Чем конкретнее ответы, тем точнее предварительная оценка.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2"/>
      </w:tblGrid>
      <w:tr w:rsidR="00E56751" w:rsidRPr="00B276D0">
        <w:trPr>
          <w:cantSplit/>
          <w:jc w:val="center"/>
        </w:trPr>
        <w:tc>
          <w:tcPr>
            <w:tcW w:w="9922" w:type="dxa"/>
            <w:tcBorders>
              <w:top w:val="single" w:sz="8" w:space="0" w:color="17365D"/>
              <w:left w:val="single" w:sz="16" w:space="0" w:color="17365D"/>
              <w:bottom w:val="single" w:sz="8" w:space="0" w:color="17365D"/>
              <w:right w:val="single" w:sz="8" w:space="0" w:color="17365D"/>
            </w:tcBorders>
            <w:shd w:val="clear" w:color="auto" w:fill="EEF4F8"/>
          </w:tcPr>
          <w:p w:rsidR="00E56751" w:rsidRPr="00D55BA8" w:rsidRDefault="00000000">
            <w:pPr>
              <w:spacing w:after="40"/>
              <w:rPr>
                <w:lang w:val="ru-RU"/>
              </w:rPr>
            </w:pPr>
            <w:r w:rsidRPr="00D55BA8">
              <w:rPr>
                <w:b/>
                <w:color w:val="17365D"/>
                <w:lang w:val="ru-RU"/>
              </w:rPr>
              <w:t>Ключевой принцип</w:t>
            </w:r>
          </w:p>
          <w:p w:rsidR="00E56751" w:rsidRPr="00D55BA8" w:rsidRDefault="00000000">
            <w:pPr>
              <w:spacing w:after="0" w:line="254" w:lineRule="auto"/>
              <w:rPr>
                <w:lang w:val="ru-RU"/>
              </w:rPr>
            </w:pPr>
            <w:r w:rsidRPr="00D55BA8">
              <w:rPr>
                <w:color w:val="000000"/>
                <w:sz w:val="18"/>
                <w:lang w:val="ru-RU"/>
              </w:rPr>
              <w:t>Не ограничивайтесь ответом «да». Для каждого достижения указывайте: что произошло, когда, кто организатор/источник, почему это важно, вашу личную роль, объективный результат, независимые подтверждения и ссылки. Сильный кейс строится не на количестве документов, а на их доказательной ценности, контексте и согласованности.</w:t>
            </w:r>
          </w:p>
        </w:tc>
      </w:tr>
    </w:tbl>
    <w:p w:rsidR="00E56751" w:rsidRPr="00D55BA8" w:rsidRDefault="00E56751">
      <w:pPr>
        <w:spacing w:after="40"/>
        <w:rPr>
          <w:lang w:val="ru-RU"/>
        </w:rPr>
      </w:pPr>
    </w:p>
    <w:p w:rsidR="00E56751" w:rsidRPr="00D55BA8" w:rsidRDefault="00000000">
      <w:pPr>
        <w:spacing w:after="40"/>
        <w:ind w:left="113"/>
        <w:rPr>
          <w:lang w:val="ru-RU"/>
        </w:rPr>
      </w:pPr>
      <w:r w:rsidRPr="00D55BA8">
        <w:rPr>
          <w:color w:val="000000"/>
          <w:sz w:val="19"/>
          <w:lang w:val="ru-RU"/>
        </w:rPr>
        <w:t>☐ Пишите официальные названия организаций, СМИ, премий, ассоциаций, проектов и должностей.</w:t>
      </w:r>
    </w:p>
    <w:p w:rsidR="00E56751" w:rsidRPr="00D55BA8" w:rsidRDefault="00000000">
      <w:pPr>
        <w:spacing w:after="40"/>
        <w:ind w:left="113"/>
        <w:rPr>
          <w:lang w:val="ru-RU"/>
        </w:rPr>
      </w:pPr>
      <w:r w:rsidRPr="00D55BA8">
        <w:rPr>
          <w:color w:val="000000"/>
          <w:sz w:val="19"/>
          <w:lang w:val="ru-RU"/>
        </w:rPr>
        <w:t>☐ Где возможно, приводите измеримые показатели: выручка, рост, количество пользователей, аудитория, цитирования, продажи, инвестиции, доля рынка, количество стран, участников и т.п.</w:t>
      </w:r>
    </w:p>
    <w:p w:rsidR="00E56751" w:rsidRPr="00D55BA8" w:rsidRDefault="00000000">
      <w:pPr>
        <w:spacing w:after="40"/>
        <w:ind w:left="113"/>
        <w:rPr>
          <w:lang w:val="ru-RU"/>
        </w:rPr>
      </w:pPr>
      <w:r w:rsidRPr="00D55BA8">
        <w:rPr>
          <w:color w:val="000000"/>
          <w:sz w:val="19"/>
          <w:lang w:val="ru-RU"/>
        </w:rPr>
        <w:t>☐ Отделяйте вашу личную роль от результата команды или компании.</w:t>
      </w:r>
    </w:p>
    <w:p w:rsidR="00E56751" w:rsidRPr="00D55BA8" w:rsidRDefault="00000000">
      <w:pPr>
        <w:spacing w:after="40"/>
        <w:ind w:left="113"/>
        <w:rPr>
          <w:lang w:val="ru-RU"/>
        </w:rPr>
      </w:pPr>
      <w:r w:rsidRPr="00D55BA8">
        <w:rPr>
          <w:color w:val="000000"/>
          <w:sz w:val="19"/>
          <w:lang w:val="ru-RU"/>
        </w:rPr>
        <w:t xml:space="preserve">☐ Добавляйте ссылки на независимые источники, а не только на собственный сайт, </w:t>
      </w:r>
      <w:r>
        <w:rPr>
          <w:color w:val="000000"/>
          <w:sz w:val="19"/>
        </w:rPr>
        <w:t>LinkedIn</w:t>
      </w:r>
      <w:r w:rsidRPr="00D55BA8">
        <w:rPr>
          <w:color w:val="000000"/>
          <w:sz w:val="19"/>
          <w:lang w:val="ru-RU"/>
        </w:rPr>
        <w:t xml:space="preserve"> или пресс-релизы компании.</w:t>
      </w:r>
    </w:p>
    <w:p w:rsidR="00E56751" w:rsidRPr="00D55BA8" w:rsidRDefault="00000000">
      <w:pPr>
        <w:spacing w:after="40"/>
        <w:ind w:left="113"/>
        <w:rPr>
          <w:lang w:val="ru-RU"/>
        </w:rPr>
      </w:pPr>
      <w:r w:rsidRPr="00D55BA8">
        <w:rPr>
          <w:color w:val="000000"/>
          <w:sz w:val="19"/>
          <w:lang w:val="ru-RU"/>
        </w:rPr>
        <w:t>☐ Если доказательство есть, но вы не уверены, к какому критерию оно относится, отмечайте «Не уверен» и описывайте его.</w:t>
      </w:r>
    </w:p>
    <w:p w:rsidR="00E56751" w:rsidRPr="00D55BA8" w:rsidRDefault="00000000">
      <w:pPr>
        <w:spacing w:after="40"/>
        <w:ind w:left="113"/>
        <w:rPr>
          <w:lang w:val="ru-RU"/>
        </w:rPr>
      </w:pPr>
      <w:r w:rsidRPr="00D55BA8">
        <w:rPr>
          <w:color w:val="000000"/>
          <w:sz w:val="19"/>
          <w:lang w:val="ru-RU"/>
        </w:rPr>
        <w:t>☐ Если документ не на английском языке, укажите язык оригинала; вопрос перевода будет решаться отдельно.</w:t>
      </w:r>
    </w:p>
    <w:p w:rsidR="00E56751" w:rsidRPr="00D55BA8" w:rsidRDefault="00000000">
      <w:pPr>
        <w:keepNext/>
        <w:spacing w:before="160" w:after="80"/>
        <w:rPr>
          <w:lang w:val="ru-RU"/>
        </w:rPr>
      </w:pPr>
      <w:r w:rsidRPr="00D55BA8">
        <w:rPr>
          <w:b/>
          <w:color w:val="244A70"/>
          <w:sz w:val="23"/>
          <w:lang w:val="ru-RU"/>
        </w:rPr>
        <w:t xml:space="preserve">Краткая логика </w:t>
      </w:r>
      <w:r>
        <w:rPr>
          <w:b/>
          <w:color w:val="244A70"/>
          <w:sz w:val="23"/>
        </w:rPr>
        <w:t>EB</w:t>
      </w:r>
      <w:r w:rsidRPr="00D55BA8">
        <w:rPr>
          <w:b/>
          <w:color w:val="244A70"/>
          <w:sz w:val="23"/>
          <w:lang w:val="ru-RU"/>
        </w:rPr>
        <w:t>-1</w:t>
      </w:r>
      <w:r>
        <w:rPr>
          <w:b/>
          <w:color w:val="244A70"/>
          <w:sz w:val="23"/>
        </w:rPr>
        <w:t>A</w:t>
      </w:r>
    </w:p>
    <w:p w:rsidR="00E56751" w:rsidRPr="00D55BA8" w:rsidRDefault="00000000">
      <w:pPr>
        <w:spacing w:after="160" w:line="259" w:lineRule="auto"/>
        <w:rPr>
          <w:lang w:val="ru-RU"/>
        </w:rPr>
      </w:pPr>
      <w:r w:rsidRPr="00D55BA8">
        <w:rPr>
          <w:color w:val="000000"/>
          <w:sz w:val="19"/>
          <w:lang w:val="ru-RU"/>
        </w:rPr>
        <w:t xml:space="preserve">Категория </w:t>
      </w:r>
      <w:r>
        <w:rPr>
          <w:color w:val="000000"/>
          <w:sz w:val="19"/>
        </w:rPr>
        <w:t>EB</w:t>
      </w:r>
      <w:r w:rsidRPr="00D55BA8">
        <w:rPr>
          <w:color w:val="000000"/>
          <w:sz w:val="19"/>
          <w:lang w:val="ru-RU"/>
        </w:rPr>
        <w:t>-1</w:t>
      </w:r>
      <w:r>
        <w:rPr>
          <w:color w:val="000000"/>
          <w:sz w:val="19"/>
        </w:rPr>
        <w:t>A</w:t>
      </w:r>
      <w:r w:rsidRPr="00D55BA8">
        <w:rPr>
          <w:color w:val="000000"/>
          <w:sz w:val="19"/>
          <w:lang w:val="ru-RU"/>
        </w:rPr>
        <w:t xml:space="preserve"> предназначена для лиц с </w:t>
      </w:r>
      <w:r>
        <w:rPr>
          <w:color w:val="000000"/>
          <w:sz w:val="19"/>
        </w:rPr>
        <w:t>extraordinary</w:t>
      </w:r>
      <w:r w:rsidRPr="00D55BA8">
        <w:rPr>
          <w:color w:val="000000"/>
          <w:sz w:val="19"/>
          <w:lang w:val="ru-RU"/>
        </w:rPr>
        <w:t xml:space="preserve"> </w:t>
      </w:r>
      <w:r>
        <w:rPr>
          <w:color w:val="000000"/>
          <w:sz w:val="19"/>
        </w:rPr>
        <w:t>ability</w:t>
      </w:r>
      <w:r w:rsidRPr="00D55BA8">
        <w:rPr>
          <w:color w:val="000000"/>
          <w:sz w:val="19"/>
          <w:lang w:val="ru-RU"/>
        </w:rPr>
        <w:t xml:space="preserve"> в науке, искусстве, образовании, бизнесе или спорте, чьи достижения подтверждаются устойчивым национальным или международным признанием. Регламент предусматривает крупное разовое </w:t>
      </w:r>
      <w:proofErr w:type="spellStart"/>
      <w:r w:rsidRPr="00D55BA8">
        <w:rPr>
          <w:color w:val="000000"/>
          <w:sz w:val="19"/>
          <w:lang w:val="ru-RU"/>
        </w:rPr>
        <w:t>международно</w:t>
      </w:r>
      <w:proofErr w:type="spellEnd"/>
      <w:r w:rsidRPr="00D55BA8">
        <w:rPr>
          <w:color w:val="000000"/>
          <w:sz w:val="19"/>
          <w:lang w:val="ru-RU"/>
        </w:rPr>
        <w:t xml:space="preserve"> признанное достижение либо как минимум 3 из 10 видов доказательств; если стандартные критерии не подходят профессии, допускается </w:t>
      </w:r>
      <w:r>
        <w:rPr>
          <w:color w:val="000000"/>
          <w:sz w:val="19"/>
        </w:rPr>
        <w:t>comparable</w:t>
      </w:r>
      <w:r w:rsidRPr="00D55BA8">
        <w:rPr>
          <w:color w:val="000000"/>
          <w:sz w:val="19"/>
          <w:lang w:val="ru-RU"/>
        </w:rPr>
        <w:t xml:space="preserve"> </w:t>
      </w:r>
      <w:r>
        <w:rPr>
          <w:color w:val="000000"/>
          <w:sz w:val="19"/>
        </w:rPr>
        <w:t>evidence</w:t>
      </w:r>
      <w:r w:rsidRPr="00D55BA8">
        <w:rPr>
          <w:color w:val="000000"/>
          <w:sz w:val="19"/>
          <w:lang w:val="ru-RU"/>
        </w:rPr>
        <w:t>. Также требуется доказать намерение продолжать работу в своей области в США.</w:t>
      </w:r>
    </w:p>
    <w:p w:rsidR="00E56751" w:rsidRPr="00D55BA8" w:rsidRDefault="00000000">
      <w:pPr>
        <w:keepNext/>
        <w:pBdr>
          <w:bottom w:val="single" w:sz="16" w:space="1" w:color="17365D"/>
        </w:pBdr>
        <w:spacing w:before="80" w:after="160"/>
        <w:rPr>
          <w:lang w:val="ru-RU"/>
        </w:rPr>
      </w:pPr>
      <w:r w:rsidRPr="00D55BA8">
        <w:rPr>
          <w:b/>
          <w:color w:val="17365D"/>
          <w:sz w:val="32"/>
          <w:lang w:val="ru-RU"/>
        </w:rPr>
        <w:t>1. Личные данные и контакты</w:t>
      </w:r>
    </w:p>
    <w:p w:rsidR="00E56751" w:rsidRPr="00D55BA8" w:rsidRDefault="00000000">
      <w:pPr>
        <w:keepNext/>
        <w:spacing w:after="160" w:line="259" w:lineRule="auto"/>
        <w:rPr>
          <w:lang w:val="ru-RU"/>
        </w:rPr>
      </w:pPr>
      <w:r w:rsidRPr="00D55BA8">
        <w:rPr>
          <w:i/>
          <w:color w:val="666666"/>
          <w:sz w:val="19"/>
          <w:lang w:val="ru-RU"/>
        </w:rPr>
        <w:t>Базовая информация о заявителе и семье.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480"/>
      </w:tblGrid>
      <w:tr w:rsidR="00E56751" w:rsidRPr="00B276D0">
        <w:trPr>
          <w:cantSplit/>
          <w:jc w:val="center"/>
        </w:trPr>
        <w:tc>
          <w:tcPr>
            <w:tcW w:w="316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7F9FB"/>
            <w:vAlign w:val="center"/>
          </w:tcPr>
          <w:p w:rsidR="00E56751" w:rsidRDefault="00000000">
            <w:pPr>
              <w:spacing w:after="0"/>
            </w:pPr>
            <w:r>
              <w:rPr>
                <w:b/>
                <w:color w:val="244A70"/>
                <w:sz w:val="19"/>
              </w:rPr>
              <w:t xml:space="preserve">ФИО </w:t>
            </w:r>
            <w:proofErr w:type="spellStart"/>
            <w:r>
              <w:rPr>
                <w:b/>
                <w:color w:val="244A70"/>
                <w:sz w:val="19"/>
              </w:rPr>
              <w:t>полностью</w:t>
            </w:r>
            <w:proofErr w:type="spellEnd"/>
          </w:p>
        </w:tc>
        <w:tc>
          <w:tcPr>
            <w:tcW w:w="6480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vAlign w:val="center"/>
          </w:tcPr>
          <w:p w:rsidR="00E56751" w:rsidRPr="00D55BA8" w:rsidRDefault="00000000">
            <w:pPr>
              <w:spacing w:after="0"/>
              <w:rPr>
                <w:lang w:val="ru-RU"/>
              </w:rPr>
            </w:pPr>
            <w:r w:rsidRPr="00D55BA8">
              <w:rPr>
                <w:i/>
                <w:color w:val="888888"/>
                <w:sz w:val="18"/>
                <w:lang w:val="ru-RU"/>
              </w:rPr>
              <w:t>Как в заграничном паспорте + написание кириллицей, если применимо</w:t>
            </w:r>
          </w:p>
        </w:tc>
      </w:tr>
      <w:tr w:rsidR="00E56751">
        <w:trPr>
          <w:cantSplit/>
          <w:jc w:val="center"/>
        </w:trPr>
        <w:tc>
          <w:tcPr>
            <w:tcW w:w="316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7F9FB"/>
            <w:vAlign w:val="center"/>
          </w:tcPr>
          <w:p w:rsidR="00E56751" w:rsidRDefault="00000000">
            <w:pPr>
              <w:spacing w:after="0"/>
            </w:pPr>
            <w:proofErr w:type="spellStart"/>
            <w:r>
              <w:rPr>
                <w:b/>
                <w:color w:val="244A70"/>
                <w:sz w:val="19"/>
              </w:rPr>
              <w:t>Дата</w:t>
            </w:r>
            <w:proofErr w:type="spellEnd"/>
            <w:r>
              <w:rPr>
                <w:b/>
                <w:color w:val="244A70"/>
                <w:sz w:val="19"/>
              </w:rPr>
              <w:t xml:space="preserve"> </w:t>
            </w:r>
            <w:proofErr w:type="spellStart"/>
            <w:r>
              <w:rPr>
                <w:b/>
                <w:color w:val="244A70"/>
                <w:sz w:val="19"/>
              </w:rPr>
              <w:t>рождения</w:t>
            </w:r>
            <w:proofErr w:type="spellEnd"/>
            <w:r>
              <w:rPr>
                <w:b/>
                <w:color w:val="244A70"/>
                <w:sz w:val="19"/>
              </w:rPr>
              <w:t xml:space="preserve"> / </w:t>
            </w:r>
            <w:proofErr w:type="spellStart"/>
            <w:r>
              <w:rPr>
                <w:b/>
                <w:color w:val="244A70"/>
                <w:sz w:val="19"/>
              </w:rPr>
              <w:t>возраст</w:t>
            </w:r>
            <w:proofErr w:type="spellEnd"/>
          </w:p>
        </w:tc>
        <w:tc>
          <w:tcPr>
            <w:tcW w:w="6480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vAlign w:val="center"/>
          </w:tcPr>
          <w:p w:rsidR="00E56751" w:rsidRDefault="00000000">
            <w:pPr>
              <w:spacing w:after="0"/>
            </w:pPr>
            <w:r>
              <w:rPr>
                <w:i/>
                <w:color w:val="888888"/>
                <w:sz w:val="18"/>
              </w:rPr>
              <w:t>ДД.ММ.ГГГГ / возраст</w:t>
            </w:r>
          </w:p>
        </w:tc>
      </w:tr>
      <w:tr w:rsidR="00E56751">
        <w:trPr>
          <w:cantSplit/>
          <w:jc w:val="center"/>
        </w:trPr>
        <w:tc>
          <w:tcPr>
            <w:tcW w:w="316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7F9FB"/>
            <w:vAlign w:val="center"/>
          </w:tcPr>
          <w:p w:rsidR="00E56751" w:rsidRDefault="00000000">
            <w:pPr>
              <w:spacing w:after="0"/>
            </w:pPr>
            <w:r>
              <w:rPr>
                <w:b/>
                <w:color w:val="244A70"/>
                <w:sz w:val="19"/>
              </w:rPr>
              <w:t>Гражданство(а)</w:t>
            </w:r>
          </w:p>
        </w:tc>
        <w:tc>
          <w:tcPr>
            <w:tcW w:w="6480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vAlign w:val="center"/>
          </w:tcPr>
          <w:p w:rsidR="00E56751" w:rsidRDefault="00000000">
            <w:pPr>
              <w:spacing w:after="0"/>
            </w:pPr>
            <w:r>
              <w:rPr>
                <w:i/>
                <w:color w:val="888888"/>
                <w:sz w:val="18"/>
              </w:rPr>
              <w:t>Все действующие гражданства</w:t>
            </w:r>
          </w:p>
        </w:tc>
      </w:tr>
      <w:tr w:rsidR="00E56751">
        <w:trPr>
          <w:cantSplit/>
          <w:jc w:val="center"/>
        </w:trPr>
        <w:tc>
          <w:tcPr>
            <w:tcW w:w="316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7F9FB"/>
            <w:vAlign w:val="center"/>
          </w:tcPr>
          <w:p w:rsidR="00E56751" w:rsidRDefault="00000000">
            <w:pPr>
              <w:spacing w:after="0"/>
            </w:pPr>
            <w:r>
              <w:rPr>
                <w:b/>
                <w:color w:val="244A70"/>
                <w:sz w:val="19"/>
              </w:rPr>
              <w:t>Страна и город проживания</w:t>
            </w:r>
          </w:p>
        </w:tc>
        <w:tc>
          <w:tcPr>
            <w:tcW w:w="6480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vAlign w:val="center"/>
          </w:tcPr>
          <w:p w:rsidR="00E56751" w:rsidRDefault="00000000">
            <w:pPr>
              <w:spacing w:after="0"/>
            </w:pPr>
            <w:r>
              <w:rPr>
                <w:i/>
                <w:color w:val="888888"/>
                <w:sz w:val="18"/>
              </w:rPr>
              <w:t>Текущее фактическое место проживания</w:t>
            </w:r>
          </w:p>
        </w:tc>
      </w:tr>
      <w:tr w:rsidR="00E56751">
        <w:trPr>
          <w:cantSplit/>
          <w:jc w:val="center"/>
        </w:trPr>
        <w:tc>
          <w:tcPr>
            <w:tcW w:w="316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7F9FB"/>
            <w:vAlign w:val="center"/>
          </w:tcPr>
          <w:p w:rsidR="00E56751" w:rsidRDefault="00000000">
            <w:pPr>
              <w:spacing w:after="0"/>
            </w:pPr>
            <w:r>
              <w:rPr>
                <w:b/>
                <w:color w:val="244A70"/>
                <w:sz w:val="19"/>
              </w:rPr>
              <w:t>Телефон</w:t>
            </w:r>
          </w:p>
        </w:tc>
        <w:tc>
          <w:tcPr>
            <w:tcW w:w="6480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vAlign w:val="center"/>
          </w:tcPr>
          <w:p w:rsidR="00E56751" w:rsidRDefault="00000000">
            <w:pPr>
              <w:spacing w:after="0"/>
            </w:pPr>
            <w:r>
              <w:rPr>
                <w:i/>
                <w:color w:val="888888"/>
                <w:sz w:val="18"/>
              </w:rPr>
              <w:t>С кодом страны</w:t>
            </w:r>
          </w:p>
        </w:tc>
      </w:tr>
      <w:tr w:rsidR="00E56751">
        <w:trPr>
          <w:cantSplit/>
          <w:jc w:val="center"/>
        </w:trPr>
        <w:tc>
          <w:tcPr>
            <w:tcW w:w="316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7F9FB"/>
            <w:vAlign w:val="center"/>
          </w:tcPr>
          <w:p w:rsidR="00E56751" w:rsidRDefault="00000000">
            <w:pPr>
              <w:spacing w:after="0"/>
            </w:pPr>
            <w:r>
              <w:rPr>
                <w:b/>
                <w:color w:val="244A70"/>
                <w:sz w:val="19"/>
              </w:rPr>
              <w:t>E-mail</w:t>
            </w:r>
          </w:p>
        </w:tc>
        <w:tc>
          <w:tcPr>
            <w:tcW w:w="6480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vAlign w:val="center"/>
          </w:tcPr>
          <w:p w:rsidR="00E56751" w:rsidRDefault="00000000">
            <w:pPr>
              <w:spacing w:after="0"/>
            </w:pPr>
            <w:r>
              <w:rPr>
                <w:i/>
                <w:color w:val="888888"/>
                <w:sz w:val="18"/>
              </w:rPr>
              <w:t>Основной e-mail</w:t>
            </w:r>
          </w:p>
        </w:tc>
      </w:tr>
      <w:tr w:rsidR="00E56751">
        <w:trPr>
          <w:cantSplit/>
          <w:jc w:val="center"/>
        </w:trPr>
        <w:tc>
          <w:tcPr>
            <w:tcW w:w="316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7F9FB"/>
            <w:vAlign w:val="center"/>
          </w:tcPr>
          <w:p w:rsidR="00E56751" w:rsidRDefault="00000000">
            <w:pPr>
              <w:spacing w:after="0"/>
            </w:pPr>
            <w:r>
              <w:rPr>
                <w:b/>
                <w:color w:val="244A70"/>
                <w:sz w:val="19"/>
              </w:rPr>
              <w:t>LinkedIn / профессиональные профили</w:t>
            </w:r>
          </w:p>
        </w:tc>
        <w:tc>
          <w:tcPr>
            <w:tcW w:w="6480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vAlign w:val="center"/>
          </w:tcPr>
          <w:p w:rsidR="00E56751" w:rsidRDefault="00000000">
            <w:pPr>
              <w:spacing w:after="0"/>
            </w:pPr>
            <w:r>
              <w:rPr>
                <w:i/>
                <w:color w:val="888888"/>
                <w:sz w:val="18"/>
              </w:rPr>
              <w:t>Ссылки</w:t>
            </w:r>
          </w:p>
        </w:tc>
      </w:tr>
      <w:tr w:rsidR="00E56751">
        <w:trPr>
          <w:cantSplit/>
          <w:jc w:val="center"/>
        </w:trPr>
        <w:tc>
          <w:tcPr>
            <w:tcW w:w="316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7F9FB"/>
            <w:vAlign w:val="center"/>
          </w:tcPr>
          <w:p w:rsidR="00E56751" w:rsidRDefault="00000000">
            <w:pPr>
              <w:spacing w:after="0"/>
            </w:pPr>
            <w:r>
              <w:rPr>
                <w:b/>
                <w:color w:val="244A70"/>
                <w:sz w:val="19"/>
              </w:rPr>
              <w:t>Личный сайт / портфолио</w:t>
            </w:r>
          </w:p>
        </w:tc>
        <w:tc>
          <w:tcPr>
            <w:tcW w:w="6480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vAlign w:val="center"/>
          </w:tcPr>
          <w:p w:rsidR="00E56751" w:rsidRDefault="00000000">
            <w:pPr>
              <w:spacing w:after="0"/>
            </w:pPr>
            <w:r>
              <w:rPr>
                <w:i/>
                <w:color w:val="888888"/>
                <w:sz w:val="18"/>
              </w:rPr>
              <w:t>Ссылка, если есть</w:t>
            </w:r>
          </w:p>
        </w:tc>
      </w:tr>
      <w:tr w:rsidR="00E56751">
        <w:trPr>
          <w:cantSplit/>
          <w:jc w:val="center"/>
        </w:trPr>
        <w:tc>
          <w:tcPr>
            <w:tcW w:w="316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7F9FB"/>
            <w:vAlign w:val="center"/>
          </w:tcPr>
          <w:p w:rsidR="00E56751" w:rsidRDefault="00000000">
            <w:pPr>
              <w:spacing w:after="0"/>
            </w:pPr>
            <w:r>
              <w:rPr>
                <w:b/>
                <w:color w:val="244A70"/>
                <w:sz w:val="19"/>
              </w:rPr>
              <w:t>Компания / организация</w:t>
            </w:r>
          </w:p>
        </w:tc>
        <w:tc>
          <w:tcPr>
            <w:tcW w:w="6480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vAlign w:val="center"/>
          </w:tcPr>
          <w:p w:rsidR="00E56751" w:rsidRDefault="00000000">
            <w:pPr>
              <w:spacing w:after="0"/>
            </w:pPr>
            <w:r>
              <w:rPr>
                <w:i/>
                <w:color w:val="888888"/>
                <w:sz w:val="18"/>
              </w:rPr>
              <w:t>Название, страна, сайт</w:t>
            </w:r>
          </w:p>
        </w:tc>
      </w:tr>
      <w:tr w:rsidR="00E56751">
        <w:trPr>
          <w:cantSplit/>
          <w:jc w:val="center"/>
        </w:trPr>
        <w:tc>
          <w:tcPr>
            <w:tcW w:w="316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7F9FB"/>
            <w:vAlign w:val="center"/>
          </w:tcPr>
          <w:p w:rsidR="00E56751" w:rsidRDefault="00000000">
            <w:pPr>
              <w:spacing w:after="0"/>
            </w:pPr>
            <w:r>
              <w:rPr>
                <w:b/>
                <w:color w:val="244A70"/>
                <w:sz w:val="19"/>
              </w:rPr>
              <w:t>Текущая должность / роль</w:t>
            </w:r>
          </w:p>
        </w:tc>
        <w:tc>
          <w:tcPr>
            <w:tcW w:w="6480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vAlign w:val="center"/>
          </w:tcPr>
          <w:p w:rsidR="00E56751" w:rsidRDefault="00000000">
            <w:pPr>
              <w:spacing w:after="0"/>
            </w:pPr>
            <w:r>
              <w:rPr>
                <w:i/>
                <w:color w:val="888888"/>
                <w:sz w:val="18"/>
              </w:rPr>
              <w:t>Должность, founder/co-founder, owner и т.п.</w:t>
            </w:r>
          </w:p>
        </w:tc>
      </w:tr>
    </w:tbl>
    <w:p w:rsidR="00E56751" w:rsidRDefault="00E56751">
      <w:pPr>
        <w:spacing w:after="40"/>
      </w:pP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>С кем вы планируете иммиграцию в США?</w:t>
      </w:r>
    </w:p>
    <w:p w:rsidR="00E56751" w:rsidRPr="00D55BA8" w:rsidRDefault="00000000">
      <w:pPr>
        <w:keepNext/>
        <w:spacing w:after="60" w:line="259" w:lineRule="auto"/>
        <w:rPr>
          <w:lang w:val="ru-RU"/>
        </w:rPr>
      </w:pPr>
      <w:r w:rsidRPr="00D55BA8">
        <w:rPr>
          <w:i/>
          <w:color w:val="666666"/>
          <w:sz w:val="18"/>
          <w:lang w:val="ru-RU"/>
        </w:rPr>
        <w:t>Укажите супруга/супругу, детей, даты рождения детей, гражданство и семейный статус.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p w:rsidR="00E56751" w:rsidRDefault="00000000">
      <w:r>
        <w:br w:type="page"/>
      </w:r>
    </w:p>
    <w:p w:rsidR="00E56751" w:rsidRDefault="00000000">
      <w:pPr>
        <w:keepNext/>
        <w:pBdr>
          <w:bottom w:val="single" w:sz="16" w:space="1" w:color="17365D"/>
        </w:pBdr>
        <w:spacing w:before="80" w:after="160"/>
      </w:pPr>
      <w:r>
        <w:rPr>
          <w:b/>
          <w:color w:val="17365D"/>
          <w:sz w:val="32"/>
        </w:rPr>
        <w:lastRenderedPageBreak/>
        <w:t>2. Профессиональный профиль и область экспертизы</w:t>
      </w:r>
    </w:p>
    <w:p w:rsidR="00E56751" w:rsidRPr="00D55BA8" w:rsidRDefault="00000000">
      <w:pPr>
        <w:keepNext/>
        <w:spacing w:after="160" w:line="259" w:lineRule="auto"/>
        <w:rPr>
          <w:lang w:val="ru-RU"/>
        </w:rPr>
      </w:pPr>
      <w:r w:rsidRPr="00D55BA8">
        <w:rPr>
          <w:i/>
          <w:color w:val="666666"/>
          <w:sz w:val="19"/>
          <w:lang w:val="ru-RU"/>
        </w:rPr>
        <w:t xml:space="preserve">Этот раздел помогает правильно определить </w:t>
      </w:r>
      <w:r>
        <w:rPr>
          <w:i/>
          <w:color w:val="666666"/>
          <w:sz w:val="19"/>
        </w:rPr>
        <w:t>field</w:t>
      </w:r>
      <w:r w:rsidRPr="00D55BA8">
        <w:rPr>
          <w:i/>
          <w:color w:val="666666"/>
          <w:sz w:val="19"/>
          <w:lang w:val="ru-RU"/>
        </w:rPr>
        <w:t xml:space="preserve"> </w:t>
      </w:r>
      <w:r>
        <w:rPr>
          <w:i/>
          <w:color w:val="666666"/>
          <w:sz w:val="19"/>
        </w:rPr>
        <w:t>of</w:t>
      </w:r>
      <w:r w:rsidRPr="00D55BA8">
        <w:rPr>
          <w:i/>
          <w:color w:val="666666"/>
          <w:sz w:val="19"/>
          <w:lang w:val="ru-RU"/>
        </w:rPr>
        <w:t xml:space="preserve"> </w:t>
      </w:r>
      <w:r>
        <w:rPr>
          <w:i/>
          <w:color w:val="666666"/>
          <w:sz w:val="19"/>
        </w:rPr>
        <w:t>endeavor</w:t>
      </w:r>
      <w:r w:rsidRPr="00D55BA8">
        <w:rPr>
          <w:i/>
          <w:color w:val="666666"/>
          <w:sz w:val="19"/>
          <w:lang w:val="ru-RU"/>
        </w:rPr>
        <w:t xml:space="preserve"> — область, вокруг которой строится </w:t>
      </w:r>
      <w:r>
        <w:rPr>
          <w:i/>
          <w:color w:val="666666"/>
          <w:sz w:val="19"/>
        </w:rPr>
        <w:t>EB</w:t>
      </w:r>
      <w:r w:rsidRPr="00D55BA8">
        <w:rPr>
          <w:i/>
          <w:color w:val="666666"/>
          <w:sz w:val="19"/>
          <w:lang w:val="ru-RU"/>
        </w:rPr>
        <w:t>-1</w:t>
      </w:r>
      <w:r>
        <w:rPr>
          <w:i/>
          <w:color w:val="666666"/>
          <w:sz w:val="19"/>
        </w:rPr>
        <w:t>A</w:t>
      </w:r>
      <w:r w:rsidRPr="00D55BA8">
        <w:rPr>
          <w:i/>
          <w:color w:val="666666"/>
          <w:sz w:val="19"/>
          <w:lang w:val="ru-RU"/>
        </w:rPr>
        <w:t>.</w:t>
      </w: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>Как вы формулируете вашу основную профессиональную область (</w:t>
      </w:r>
      <w:r>
        <w:rPr>
          <w:b/>
          <w:color w:val="000000"/>
          <w:sz w:val="21"/>
        </w:rPr>
        <w:t>field</w:t>
      </w:r>
      <w:r w:rsidRPr="00D55BA8">
        <w:rPr>
          <w:b/>
          <w:color w:val="000000"/>
          <w:sz w:val="21"/>
          <w:lang w:val="ru-RU"/>
        </w:rPr>
        <w:t xml:space="preserve"> </w:t>
      </w:r>
      <w:r>
        <w:rPr>
          <w:b/>
          <w:color w:val="000000"/>
          <w:sz w:val="21"/>
        </w:rPr>
        <w:t>of</w:t>
      </w:r>
      <w:r w:rsidRPr="00D55BA8">
        <w:rPr>
          <w:b/>
          <w:color w:val="000000"/>
          <w:sz w:val="21"/>
          <w:lang w:val="ru-RU"/>
        </w:rPr>
        <w:t xml:space="preserve"> </w:t>
      </w:r>
      <w:r>
        <w:rPr>
          <w:b/>
          <w:color w:val="000000"/>
          <w:sz w:val="21"/>
        </w:rPr>
        <w:t>endeavor</w:t>
      </w:r>
      <w:r w:rsidRPr="00D55BA8">
        <w:rPr>
          <w:b/>
          <w:color w:val="000000"/>
          <w:sz w:val="21"/>
          <w:lang w:val="ru-RU"/>
        </w:rPr>
        <w:t>)?</w:t>
      </w:r>
    </w:p>
    <w:p w:rsidR="00E56751" w:rsidRPr="00D55BA8" w:rsidRDefault="00000000">
      <w:pPr>
        <w:keepNext/>
        <w:spacing w:after="60" w:line="259" w:lineRule="auto"/>
        <w:rPr>
          <w:lang w:val="ru-RU"/>
        </w:rPr>
      </w:pPr>
      <w:r w:rsidRPr="00D55BA8">
        <w:rPr>
          <w:i/>
          <w:color w:val="666666"/>
          <w:sz w:val="18"/>
          <w:lang w:val="ru-RU"/>
        </w:rPr>
        <w:t>Сформулируйте максимально точно: не просто «</w:t>
      </w:r>
      <w:r>
        <w:rPr>
          <w:i/>
          <w:color w:val="666666"/>
          <w:sz w:val="18"/>
        </w:rPr>
        <w:t>IT</w:t>
      </w:r>
      <w:r w:rsidRPr="00D55BA8">
        <w:rPr>
          <w:i/>
          <w:color w:val="666666"/>
          <w:sz w:val="18"/>
          <w:lang w:val="ru-RU"/>
        </w:rPr>
        <w:t>» или «маркетинг», а конкретную область специализации.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>В какой сфере вы считаете себя экспертом и почему?</w:t>
      </w:r>
    </w:p>
    <w:p w:rsidR="00E56751" w:rsidRPr="00D55BA8" w:rsidRDefault="00000000">
      <w:pPr>
        <w:keepNext/>
        <w:spacing w:after="60" w:line="259" w:lineRule="auto"/>
        <w:rPr>
          <w:lang w:val="ru-RU"/>
        </w:rPr>
      </w:pPr>
      <w:r w:rsidRPr="00D55BA8">
        <w:rPr>
          <w:i/>
          <w:color w:val="666666"/>
          <w:sz w:val="18"/>
          <w:lang w:val="ru-RU"/>
        </w:rPr>
        <w:t>Опишите специализацию, уникальные знания, методы, масштаб ответственности и количество лет опыта.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p w:rsidR="00E56751" w:rsidRDefault="00000000">
      <w:pPr>
        <w:keepNext/>
        <w:spacing w:before="100" w:after="40"/>
      </w:pPr>
      <w:r>
        <w:rPr>
          <w:b/>
          <w:color w:val="000000"/>
          <w:sz w:val="21"/>
        </w:rPr>
        <w:t>Ваше образование и специальность</w:t>
      </w:r>
    </w:p>
    <w:p w:rsidR="00E56751" w:rsidRDefault="00000000">
      <w:pPr>
        <w:keepNext/>
        <w:spacing w:after="60" w:line="259" w:lineRule="auto"/>
      </w:pPr>
      <w:r w:rsidRPr="00D55BA8">
        <w:rPr>
          <w:i/>
          <w:color w:val="666666"/>
          <w:sz w:val="18"/>
          <w:lang w:val="ru-RU"/>
        </w:rPr>
        <w:t xml:space="preserve">Учебное заведение, страна, степень/диплом, специальность, годы обучения. </w:t>
      </w:r>
      <w:proofErr w:type="spellStart"/>
      <w:r>
        <w:rPr>
          <w:i/>
          <w:color w:val="666666"/>
          <w:sz w:val="18"/>
        </w:rPr>
        <w:t>Укажите</w:t>
      </w:r>
      <w:proofErr w:type="spellEnd"/>
      <w:r>
        <w:rPr>
          <w:i/>
          <w:color w:val="666666"/>
          <w:sz w:val="18"/>
        </w:rPr>
        <w:t xml:space="preserve"> </w:t>
      </w:r>
      <w:proofErr w:type="spellStart"/>
      <w:r>
        <w:rPr>
          <w:i/>
          <w:color w:val="666666"/>
          <w:sz w:val="18"/>
        </w:rPr>
        <w:t>профессиональные</w:t>
      </w:r>
      <w:proofErr w:type="spellEnd"/>
      <w:r>
        <w:rPr>
          <w:i/>
          <w:color w:val="666666"/>
          <w:sz w:val="18"/>
        </w:rPr>
        <w:t xml:space="preserve"> </w:t>
      </w:r>
      <w:proofErr w:type="spellStart"/>
      <w:r>
        <w:rPr>
          <w:i/>
          <w:color w:val="666666"/>
          <w:sz w:val="18"/>
        </w:rPr>
        <w:t>лицензии</w:t>
      </w:r>
      <w:proofErr w:type="spellEnd"/>
      <w:r>
        <w:rPr>
          <w:i/>
          <w:color w:val="666666"/>
          <w:sz w:val="18"/>
        </w:rPr>
        <w:t xml:space="preserve"> и сертификаты.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r>
              <w:rPr>
                <w:i/>
                <w:color w:val="888888"/>
                <w:sz w:val="18"/>
              </w:rPr>
              <w:t xml:space="preserve">Ответ: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>В каких сферах вы работали ранее и чем занимаетесь сейчас?</w:t>
      </w:r>
    </w:p>
    <w:p w:rsidR="00E56751" w:rsidRPr="00D55BA8" w:rsidRDefault="00000000">
      <w:pPr>
        <w:keepNext/>
        <w:spacing w:after="60" w:line="259" w:lineRule="auto"/>
        <w:rPr>
          <w:lang w:val="ru-RU"/>
        </w:rPr>
      </w:pPr>
      <w:r w:rsidRPr="00D55BA8">
        <w:rPr>
          <w:i/>
          <w:color w:val="666666"/>
          <w:sz w:val="18"/>
          <w:lang w:val="ru-RU"/>
        </w:rPr>
        <w:t>Дайте краткую карьерную хронологию: организация, должность, период, основные функции, ключевые результаты.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>Какие страны и рынки охватывает ваша профессиональная деятельность?</w:t>
      </w:r>
    </w:p>
    <w:p w:rsidR="00E56751" w:rsidRPr="00D55BA8" w:rsidRDefault="00000000">
      <w:pPr>
        <w:keepNext/>
        <w:spacing w:after="60" w:line="259" w:lineRule="auto"/>
        <w:rPr>
          <w:lang w:val="ru-RU"/>
        </w:rPr>
      </w:pPr>
      <w:r w:rsidRPr="00D55BA8">
        <w:rPr>
          <w:i/>
          <w:color w:val="666666"/>
          <w:sz w:val="18"/>
          <w:lang w:val="ru-RU"/>
        </w:rPr>
        <w:t>Где находятся клиенты, работодатели, аудитория, пользователи, партнеры, проекты, профессиональные связи.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 xml:space="preserve">Какие профессионалы являются вашими сопоставимыми коллегами / </w:t>
      </w:r>
      <w:r>
        <w:rPr>
          <w:b/>
          <w:color w:val="000000"/>
          <w:sz w:val="21"/>
        </w:rPr>
        <w:t>peer</w:t>
      </w:r>
      <w:r w:rsidRPr="00D55BA8">
        <w:rPr>
          <w:b/>
          <w:color w:val="000000"/>
          <w:sz w:val="21"/>
          <w:lang w:val="ru-RU"/>
        </w:rPr>
        <w:t xml:space="preserve"> </w:t>
      </w:r>
      <w:r>
        <w:rPr>
          <w:b/>
          <w:color w:val="000000"/>
          <w:sz w:val="21"/>
        </w:rPr>
        <w:t>group</w:t>
      </w:r>
      <w:r w:rsidRPr="00D55BA8">
        <w:rPr>
          <w:b/>
          <w:color w:val="000000"/>
          <w:sz w:val="21"/>
          <w:lang w:val="ru-RU"/>
        </w:rPr>
        <w:t>?</w:t>
      </w:r>
    </w:p>
    <w:p w:rsidR="00E56751" w:rsidRPr="00D55BA8" w:rsidRDefault="00000000">
      <w:pPr>
        <w:keepNext/>
        <w:spacing w:after="60" w:line="259" w:lineRule="auto"/>
        <w:rPr>
          <w:lang w:val="ru-RU"/>
        </w:rPr>
      </w:pPr>
      <w:r w:rsidRPr="00D55BA8">
        <w:rPr>
          <w:i/>
          <w:color w:val="666666"/>
          <w:sz w:val="18"/>
          <w:lang w:val="ru-RU"/>
        </w:rPr>
        <w:t>Кого разумно считать специалистами вашего уровня и в каком географическом/отраслевом рынке корректно сравнивать достижения и доход?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p w:rsidR="00E56751" w:rsidRDefault="00000000">
      <w:pPr>
        <w:keepNext/>
        <w:pBdr>
          <w:bottom w:val="single" w:sz="16" w:space="1" w:color="17365D"/>
        </w:pBdr>
        <w:spacing w:before="80" w:after="160"/>
      </w:pPr>
      <w:r>
        <w:rPr>
          <w:b/>
          <w:color w:val="17365D"/>
          <w:sz w:val="32"/>
        </w:rPr>
        <w:lastRenderedPageBreak/>
        <w:t>3. Ключевые достижения и объективный масштаб</w:t>
      </w:r>
    </w:p>
    <w:p w:rsidR="00E56751" w:rsidRPr="00D55BA8" w:rsidRDefault="00000000">
      <w:pPr>
        <w:keepNext/>
        <w:spacing w:after="160" w:line="259" w:lineRule="auto"/>
        <w:rPr>
          <w:lang w:val="ru-RU"/>
        </w:rPr>
      </w:pPr>
      <w:r w:rsidRPr="00D55BA8">
        <w:rPr>
          <w:i/>
          <w:color w:val="666666"/>
          <w:sz w:val="19"/>
          <w:lang w:val="ru-RU"/>
        </w:rPr>
        <w:t>Сначала опишите самые сильные факты, не пытаясь самостоятельно распределять их по критериям.</w:t>
      </w: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>Перечислите 3–5 наиболее значимых достижений за карьеру</w:t>
      </w:r>
    </w:p>
    <w:p w:rsidR="00E56751" w:rsidRPr="00D55BA8" w:rsidRDefault="00000000">
      <w:pPr>
        <w:keepNext/>
        <w:spacing w:after="60" w:line="259" w:lineRule="auto"/>
        <w:rPr>
          <w:lang w:val="ru-RU"/>
        </w:rPr>
      </w:pPr>
      <w:r w:rsidRPr="00D55BA8">
        <w:rPr>
          <w:i/>
          <w:color w:val="666666"/>
          <w:sz w:val="18"/>
          <w:lang w:val="ru-RU"/>
        </w:rPr>
        <w:t>Для каждого: год, ваша роль, что именно сделано, почему это важно для отрасли, измеримый результат, независимое подтверждение.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>Какие результаты вашей работы можно подтвердить цифрами?</w:t>
      </w:r>
    </w:p>
    <w:p w:rsidR="00E56751" w:rsidRPr="00D55BA8" w:rsidRDefault="00000000">
      <w:pPr>
        <w:keepNext/>
        <w:spacing w:after="60" w:line="259" w:lineRule="auto"/>
        <w:rPr>
          <w:lang w:val="ru-RU"/>
        </w:rPr>
      </w:pPr>
      <w:r w:rsidRPr="00D55BA8">
        <w:rPr>
          <w:i/>
          <w:color w:val="666666"/>
          <w:sz w:val="18"/>
          <w:lang w:val="ru-RU"/>
        </w:rPr>
        <w:t xml:space="preserve">Примеры: выручка, инвестиции, рост бизнеса, количество пользователей, просмотры, продажи, охват, аудитория, экономия, внедрения, цитирования, география, </w:t>
      </w:r>
      <w:r>
        <w:rPr>
          <w:i/>
          <w:color w:val="666666"/>
          <w:sz w:val="18"/>
        </w:rPr>
        <w:t>market</w:t>
      </w:r>
      <w:r w:rsidRPr="00D55BA8">
        <w:rPr>
          <w:i/>
          <w:color w:val="666666"/>
          <w:sz w:val="18"/>
          <w:lang w:val="ru-RU"/>
        </w:rPr>
        <w:t xml:space="preserve"> </w:t>
      </w:r>
      <w:r>
        <w:rPr>
          <w:i/>
          <w:color w:val="666666"/>
          <w:sz w:val="18"/>
        </w:rPr>
        <w:t>share</w:t>
      </w:r>
      <w:r w:rsidRPr="00D55BA8">
        <w:rPr>
          <w:i/>
          <w:color w:val="666666"/>
          <w:sz w:val="18"/>
          <w:lang w:val="ru-RU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>Работали ли вы с известными компаниями, государственными структурами, университетами, международными брендами или крупными клиентами?</w:t>
      </w:r>
    </w:p>
    <w:p w:rsidR="00E56751" w:rsidRPr="00D55BA8" w:rsidRDefault="00000000">
      <w:pPr>
        <w:keepNext/>
        <w:spacing w:after="60" w:line="259" w:lineRule="auto"/>
        <w:rPr>
          <w:lang w:val="ru-RU"/>
        </w:rPr>
      </w:pPr>
      <w:r w:rsidRPr="00D55BA8">
        <w:rPr>
          <w:i/>
          <w:color w:val="666666"/>
          <w:sz w:val="18"/>
          <w:lang w:val="ru-RU"/>
        </w:rPr>
        <w:t>Укажите организацию, вашу роль, проект, период, масштаб организации и результат вашей работы.</w:t>
      </w:r>
    </w:p>
    <w:p w:rsidR="00E56751" w:rsidRPr="00D55BA8" w:rsidRDefault="00000000">
      <w:pPr>
        <w:keepNext/>
        <w:spacing w:after="80" w:line="259" w:lineRule="auto"/>
        <w:rPr>
          <w:lang w:val="ru-RU"/>
        </w:rPr>
      </w:pPr>
      <w:r w:rsidRPr="00D55BA8">
        <w:rPr>
          <w:color w:val="000000"/>
          <w:sz w:val="19"/>
          <w:lang w:val="ru-RU"/>
        </w:rPr>
        <w:t>☐ Да     ☐ Нет     ☐ Не уверен / требуется уточнение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>Есть ли информация о вас и ваших проектах в интернете?</w:t>
      </w:r>
    </w:p>
    <w:p w:rsidR="00E56751" w:rsidRPr="00D55BA8" w:rsidRDefault="00000000">
      <w:pPr>
        <w:keepNext/>
        <w:spacing w:after="60" w:line="259" w:lineRule="auto"/>
        <w:rPr>
          <w:lang w:val="ru-RU"/>
        </w:rPr>
      </w:pPr>
      <w:r w:rsidRPr="00D55BA8">
        <w:rPr>
          <w:i/>
          <w:color w:val="666666"/>
          <w:sz w:val="18"/>
          <w:lang w:val="ru-RU"/>
        </w:rPr>
        <w:t>Дайте ссылки на статьи, интервью, профили, проекты, базы данных, конференции, рейтинги, публикации, публичные реестры и иные независимые источники.</w:t>
      </w:r>
    </w:p>
    <w:p w:rsidR="00E56751" w:rsidRPr="00D55BA8" w:rsidRDefault="00000000">
      <w:pPr>
        <w:keepNext/>
        <w:spacing w:after="80" w:line="259" w:lineRule="auto"/>
        <w:rPr>
          <w:lang w:val="ru-RU"/>
        </w:rPr>
      </w:pPr>
      <w:r w:rsidRPr="00D55BA8">
        <w:rPr>
          <w:color w:val="000000"/>
          <w:sz w:val="19"/>
          <w:lang w:val="ru-RU"/>
        </w:rPr>
        <w:t>☐ Да     ☐ Нет     ☐ Не уверен / требуется уточнение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p w:rsidR="00E56751" w:rsidRDefault="00000000">
      <w:r>
        <w:br w:type="page"/>
      </w:r>
    </w:p>
    <w:p w:rsidR="00E56751" w:rsidRDefault="00000000">
      <w:pPr>
        <w:keepNext/>
        <w:pBdr>
          <w:bottom w:val="single" w:sz="16" w:space="1" w:color="17365D"/>
        </w:pBdr>
        <w:spacing w:before="80" w:after="160"/>
      </w:pPr>
      <w:r>
        <w:rPr>
          <w:b/>
          <w:color w:val="17365D"/>
          <w:sz w:val="32"/>
        </w:rPr>
        <w:lastRenderedPageBreak/>
        <w:t>4. Доказательства по критериям EB-1A</w:t>
      </w:r>
    </w:p>
    <w:p w:rsidR="00E56751" w:rsidRPr="00D55BA8" w:rsidRDefault="00000000">
      <w:pPr>
        <w:keepNext/>
        <w:spacing w:after="160" w:line="259" w:lineRule="auto"/>
        <w:rPr>
          <w:lang w:val="ru-RU"/>
        </w:rPr>
      </w:pPr>
      <w:r w:rsidRPr="00D55BA8">
        <w:rPr>
          <w:i/>
          <w:color w:val="666666"/>
          <w:sz w:val="19"/>
          <w:lang w:val="ru-RU"/>
        </w:rPr>
        <w:t>Сначала проверяется крупное разовое достижение; при его отсутствии анализируются 10 регуляторных критериев.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2"/>
      </w:tblGrid>
      <w:tr w:rsidR="00E56751" w:rsidRPr="00B276D0">
        <w:trPr>
          <w:cantSplit/>
          <w:jc w:val="center"/>
        </w:trPr>
        <w:tc>
          <w:tcPr>
            <w:tcW w:w="9922" w:type="dxa"/>
            <w:tcBorders>
              <w:top w:val="single" w:sz="8" w:space="0" w:color="17365D"/>
              <w:left w:val="single" w:sz="16" w:space="0" w:color="17365D"/>
              <w:bottom w:val="single" w:sz="8" w:space="0" w:color="17365D"/>
              <w:right w:val="single" w:sz="8" w:space="0" w:color="17365D"/>
            </w:tcBorders>
            <w:shd w:val="clear" w:color="auto" w:fill="EEF4F8"/>
          </w:tcPr>
          <w:p w:rsidR="00E56751" w:rsidRPr="00D55BA8" w:rsidRDefault="00000000">
            <w:pPr>
              <w:spacing w:after="40"/>
              <w:rPr>
                <w:lang w:val="ru-RU"/>
              </w:rPr>
            </w:pPr>
            <w:r w:rsidRPr="00D55BA8">
              <w:rPr>
                <w:b/>
                <w:color w:val="17365D"/>
                <w:lang w:val="ru-RU"/>
              </w:rPr>
              <w:t>Перед началом</w:t>
            </w:r>
          </w:p>
          <w:p w:rsidR="00E56751" w:rsidRPr="00D55BA8" w:rsidRDefault="00000000">
            <w:pPr>
              <w:spacing w:after="0" w:line="254" w:lineRule="auto"/>
              <w:rPr>
                <w:lang w:val="ru-RU"/>
              </w:rPr>
            </w:pPr>
            <w:r w:rsidRPr="00D55BA8">
              <w:rPr>
                <w:color w:val="000000"/>
                <w:sz w:val="18"/>
                <w:lang w:val="ru-RU"/>
              </w:rPr>
              <w:t xml:space="preserve">Наличие 3 отмеченных критериев не означает автоматическую готовность кейса. Для каждого пункта важно установить, соответствует ли доказательство буквальному стандарту критерия и насколько оно подтверждает устойчивое признание и высокий уровень заявителя в его </w:t>
            </w:r>
            <w:r>
              <w:rPr>
                <w:color w:val="000000"/>
                <w:sz w:val="18"/>
              </w:rPr>
              <w:t>field</w:t>
            </w:r>
            <w:r w:rsidRPr="00D55BA8">
              <w:rPr>
                <w:color w:val="000000"/>
                <w:sz w:val="18"/>
                <w:lang w:val="ru-RU"/>
              </w:rPr>
              <w:t xml:space="preserve"> </w:t>
            </w:r>
            <w:r>
              <w:rPr>
                <w:color w:val="000000"/>
                <w:sz w:val="18"/>
              </w:rPr>
              <w:t>of</w:t>
            </w:r>
            <w:r w:rsidRPr="00D55BA8">
              <w:rPr>
                <w:color w:val="000000"/>
                <w:sz w:val="18"/>
                <w:lang w:val="ru-RU"/>
              </w:rPr>
              <w:t xml:space="preserve"> </w:t>
            </w:r>
            <w:r>
              <w:rPr>
                <w:color w:val="000000"/>
                <w:sz w:val="18"/>
              </w:rPr>
              <w:t>endeavor</w:t>
            </w:r>
            <w:r w:rsidRPr="00D55BA8">
              <w:rPr>
                <w:color w:val="000000"/>
                <w:sz w:val="18"/>
                <w:lang w:val="ru-RU"/>
              </w:rPr>
              <w:t>.</w:t>
            </w:r>
          </w:p>
        </w:tc>
      </w:tr>
    </w:tbl>
    <w:p w:rsidR="00E56751" w:rsidRPr="00D55BA8" w:rsidRDefault="00E56751">
      <w:pPr>
        <w:spacing w:after="40"/>
        <w:rPr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2"/>
      </w:tblGrid>
      <w:tr w:rsidR="00E56751" w:rsidRPr="00B276D0">
        <w:trPr>
          <w:cantSplit/>
          <w:jc w:val="center"/>
        </w:trPr>
        <w:tc>
          <w:tcPr>
            <w:tcW w:w="9922" w:type="dxa"/>
            <w:tcBorders>
              <w:top w:val="single" w:sz="10" w:space="0" w:color="17365D"/>
              <w:left w:val="single" w:sz="10" w:space="0" w:color="17365D"/>
              <w:bottom w:val="single" w:sz="10" w:space="0" w:color="17365D"/>
              <w:right w:val="single" w:sz="10" w:space="0" w:color="17365D"/>
            </w:tcBorders>
            <w:shd w:val="clear" w:color="auto" w:fill="EEF4F8"/>
          </w:tcPr>
          <w:p w:rsidR="00E56751" w:rsidRPr="00D55BA8" w:rsidRDefault="00000000">
            <w:pPr>
              <w:spacing w:after="20"/>
              <w:rPr>
                <w:lang w:val="ru-RU"/>
              </w:rPr>
            </w:pPr>
            <w:r w:rsidRPr="00D55BA8">
              <w:rPr>
                <w:b/>
                <w:color w:val="17365D"/>
                <w:sz w:val="24"/>
                <w:lang w:val="ru-RU"/>
              </w:rPr>
              <w:t>КРИТЕРИЙ 0. КРУПНОЕ РАЗОВОЕ МЕЖДУНАРОДНО ПРИЗНАННОЕ ДОСТИЖЕНИЕ</w:t>
            </w:r>
          </w:p>
          <w:p w:rsidR="00E56751" w:rsidRPr="00D55BA8" w:rsidRDefault="00000000">
            <w:pPr>
              <w:spacing w:after="40"/>
              <w:rPr>
                <w:lang w:val="ru-RU"/>
              </w:rPr>
            </w:pPr>
            <w:r w:rsidRPr="00D55BA8">
              <w:rPr>
                <w:b/>
                <w:color w:val="000000"/>
                <w:lang w:val="ru-RU"/>
              </w:rPr>
              <w:t xml:space="preserve">Получали ли вы одну из крупнейших </w:t>
            </w:r>
            <w:proofErr w:type="spellStart"/>
            <w:r w:rsidRPr="00D55BA8">
              <w:rPr>
                <w:b/>
                <w:color w:val="000000"/>
                <w:lang w:val="ru-RU"/>
              </w:rPr>
              <w:t>международно</w:t>
            </w:r>
            <w:proofErr w:type="spellEnd"/>
            <w:r w:rsidRPr="00D55BA8">
              <w:rPr>
                <w:b/>
                <w:color w:val="000000"/>
                <w:lang w:val="ru-RU"/>
              </w:rPr>
              <w:t xml:space="preserve"> признанных наград или достижений мирового уровня, которое само по себе может служить </w:t>
            </w:r>
            <w:r>
              <w:rPr>
                <w:b/>
                <w:color w:val="000000"/>
              </w:rPr>
              <w:t>one</w:t>
            </w:r>
            <w:r w:rsidRPr="00D55BA8">
              <w:rPr>
                <w:b/>
                <w:color w:val="000000"/>
                <w:lang w:val="ru-RU"/>
              </w:rPr>
              <w:t>-</w:t>
            </w:r>
            <w:r>
              <w:rPr>
                <w:b/>
                <w:color w:val="000000"/>
              </w:rPr>
              <w:t>time</w:t>
            </w:r>
            <w:r w:rsidRPr="00D55BA8">
              <w:rPr>
                <w:b/>
                <w:color w:val="000000"/>
                <w:lang w:val="ru-RU"/>
              </w:rPr>
              <w:t xml:space="preserve"> </w:t>
            </w:r>
            <w:r>
              <w:rPr>
                <w:b/>
                <w:color w:val="000000"/>
              </w:rPr>
              <w:t>achievement</w:t>
            </w:r>
            <w:r w:rsidRPr="00D55BA8">
              <w:rPr>
                <w:b/>
                <w:color w:val="000000"/>
                <w:lang w:val="ru-RU"/>
              </w:rPr>
              <w:t>?</w:t>
            </w:r>
          </w:p>
          <w:p w:rsidR="00E56751" w:rsidRPr="00D55BA8" w:rsidRDefault="00000000">
            <w:pPr>
              <w:spacing w:after="0"/>
              <w:rPr>
                <w:lang w:val="ru-RU"/>
              </w:rPr>
            </w:pPr>
            <w:r w:rsidRPr="00D55BA8">
              <w:rPr>
                <w:color w:val="000000"/>
                <w:sz w:val="19"/>
                <w:lang w:val="ru-RU"/>
              </w:rPr>
              <w:t>☐ Да     ☐ Нет     ☐ Не уверен / требуется анализ</w:t>
            </w:r>
          </w:p>
        </w:tc>
      </w:tr>
    </w:tbl>
    <w:p w:rsidR="00E56751" w:rsidRPr="00D55BA8" w:rsidRDefault="00000000">
      <w:pPr>
        <w:spacing w:after="80" w:line="259" w:lineRule="auto"/>
        <w:rPr>
          <w:lang w:val="ru-RU"/>
        </w:rPr>
      </w:pPr>
      <w:r w:rsidRPr="00D55BA8">
        <w:rPr>
          <w:i/>
          <w:color w:val="666666"/>
          <w:sz w:val="17"/>
          <w:lang w:val="ru-RU"/>
        </w:rPr>
        <w:t xml:space="preserve">Если такого достижения нет, это нормально: большинство </w:t>
      </w:r>
      <w:r>
        <w:rPr>
          <w:i/>
          <w:color w:val="666666"/>
          <w:sz w:val="17"/>
        </w:rPr>
        <w:t>EB</w:t>
      </w:r>
      <w:r w:rsidRPr="00D55BA8">
        <w:rPr>
          <w:i/>
          <w:color w:val="666666"/>
          <w:sz w:val="17"/>
          <w:lang w:val="ru-RU"/>
        </w:rPr>
        <w:t>-1</w:t>
      </w:r>
      <w:r>
        <w:rPr>
          <w:i/>
          <w:color w:val="666666"/>
          <w:sz w:val="17"/>
        </w:rPr>
        <w:t>A</w:t>
      </w:r>
      <w:r w:rsidRPr="00D55BA8">
        <w:rPr>
          <w:i/>
          <w:color w:val="666666"/>
          <w:sz w:val="17"/>
          <w:lang w:val="ru-RU"/>
        </w:rPr>
        <w:t xml:space="preserve"> кейсов анализируются по 10 критериям ниже.</w:t>
      </w:r>
    </w:p>
    <w:p w:rsidR="00E56751" w:rsidRDefault="00000000">
      <w:pPr>
        <w:keepNext/>
        <w:spacing w:after="40" w:line="259" w:lineRule="auto"/>
      </w:pPr>
      <w:proofErr w:type="spellStart"/>
      <w:r>
        <w:rPr>
          <w:b/>
          <w:color w:val="244A70"/>
          <w:sz w:val="18"/>
        </w:rPr>
        <w:t>При</w:t>
      </w:r>
      <w:proofErr w:type="spellEnd"/>
      <w:r>
        <w:rPr>
          <w:b/>
          <w:color w:val="244A70"/>
          <w:sz w:val="18"/>
        </w:rPr>
        <w:t xml:space="preserve"> </w:t>
      </w:r>
      <w:proofErr w:type="spellStart"/>
      <w:r>
        <w:rPr>
          <w:b/>
          <w:color w:val="244A70"/>
          <w:sz w:val="18"/>
        </w:rPr>
        <w:t>положительном</w:t>
      </w:r>
      <w:proofErr w:type="spellEnd"/>
      <w:r>
        <w:rPr>
          <w:b/>
          <w:color w:val="244A70"/>
          <w:sz w:val="18"/>
        </w:rPr>
        <w:t xml:space="preserve"> </w:t>
      </w:r>
      <w:proofErr w:type="spellStart"/>
      <w:r>
        <w:rPr>
          <w:b/>
          <w:color w:val="244A70"/>
          <w:sz w:val="18"/>
        </w:rPr>
        <w:t>ответе</w:t>
      </w:r>
      <w:proofErr w:type="spellEnd"/>
      <w:r>
        <w:rPr>
          <w:b/>
          <w:color w:val="244A70"/>
          <w:sz w:val="18"/>
        </w:rPr>
        <w:t xml:space="preserve"> </w:t>
      </w:r>
      <w:proofErr w:type="spellStart"/>
      <w:r>
        <w:rPr>
          <w:b/>
          <w:color w:val="244A70"/>
          <w:sz w:val="18"/>
        </w:rPr>
        <w:t>укажите</w:t>
      </w:r>
      <w:proofErr w:type="spellEnd"/>
      <w:r>
        <w:rPr>
          <w:b/>
          <w:color w:val="244A70"/>
          <w:sz w:val="18"/>
        </w:rPr>
        <w:t>: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официальное название награды/достижения, год и организатор;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международный статус и репутация награды;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правила отбора, критерии, число номинантов/победителей;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почему награда относится именно к вашей профессиональной области;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официальный сайт, положение, новости и независимые источники о награде.</w:t>
      </w: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>Факты, даты, названия, цифры, ссылки и доступные доказательства: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2"/>
      </w:tblGrid>
      <w:tr w:rsidR="00E56751" w:rsidRPr="00B276D0">
        <w:trPr>
          <w:cantSplit/>
          <w:jc w:val="center"/>
        </w:trPr>
        <w:tc>
          <w:tcPr>
            <w:tcW w:w="9922" w:type="dxa"/>
            <w:tcBorders>
              <w:top w:val="single" w:sz="10" w:space="0" w:color="17365D"/>
              <w:left w:val="single" w:sz="10" w:space="0" w:color="17365D"/>
              <w:bottom w:val="single" w:sz="10" w:space="0" w:color="17365D"/>
              <w:right w:val="single" w:sz="10" w:space="0" w:color="17365D"/>
            </w:tcBorders>
            <w:shd w:val="clear" w:color="auto" w:fill="EEF4F8"/>
          </w:tcPr>
          <w:p w:rsidR="00E56751" w:rsidRPr="00D55BA8" w:rsidRDefault="00000000">
            <w:pPr>
              <w:spacing w:after="20"/>
              <w:rPr>
                <w:lang w:val="ru-RU"/>
              </w:rPr>
            </w:pPr>
            <w:r w:rsidRPr="00D55BA8">
              <w:rPr>
                <w:b/>
                <w:color w:val="17365D"/>
                <w:sz w:val="24"/>
                <w:lang w:val="ru-RU"/>
              </w:rPr>
              <w:t>КРИТЕРИЙ 1. НАГРАДЫ, ПРЕМИИ И ПРИЗЫ</w:t>
            </w:r>
          </w:p>
          <w:p w:rsidR="00E56751" w:rsidRPr="00D55BA8" w:rsidRDefault="00000000">
            <w:pPr>
              <w:spacing w:after="40"/>
              <w:rPr>
                <w:lang w:val="ru-RU"/>
              </w:rPr>
            </w:pPr>
            <w:r w:rsidRPr="00D55BA8">
              <w:rPr>
                <w:b/>
                <w:color w:val="000000"/>
                <w:lang w:val="ru-RU"/>
              </w:rPr>
              <w:t xml:space="preserve">Получали ли вы национальные, международные или признанные отраслевые награды, премии или призы за </w:t>
            </w:r>
            <w:r>
              <w:rPr>
                <w:b/>
                <w:color w:val="000000"/>
              </w:rPr>
              <w:t>excellence</w:t>
            </w:r>
            <w:r w:rsidRPr="00D55BA8">
              <w:rPr>
                <w:b/>
                <w:color w:val="000000"/>
                <w:lang w:val="ru-RU"/>
              </w:rPr>
              <w:t xml:space="preserve"> в вашей области?</w:t>
            </w:r>
          </w:p>
          <w:p w:rsidR="00E56751" w:rsidRPr="00D55BA8" w:rsidRDefault="00000000">
            <w:pPr>
              <w:spacing w:after="0"/>
              <w:rPr>
                <w:lang w:val="ru-RU"/>
              </w:rPr>
            </w:pPr>
            <w:r w:rsidRPr="00D55BA8">
              <w:rPr>
                <w:color w:val="000000"/>
                <w:sz w:val="19"/>
                <w:lang w:val="ru-RU"/>
              </w:rPr>
              <w:t>☐ Да     ☐ Нет     ☐ Не уверен / требуется анализ</w:t>
            </w:r>
          </w:p>
        </w:tc>
      </w:tr>
    </w:tbl>
    <w:p w:rsidR="00E56751" w:rsidRPr="00D55BA8" w:rsidRDefault="00000000">
      <w:pPr>
        <w:spacing w:after="80" w:line="259" w:lineRule="auto"/>
        <w:rPr>
          <w:lang w:val="ru-RU"/>
        </w:rPr>
      </w:pPr>
      <w:r w:rsidRPr="00D55BA8">
        <w:rPr>
          <w:i/>
          <w:color w:val="666666"/>
          <w:sz w:val="17"/>
          <w:lang w:val="ru-RU"/>
        </w:rPr>
        <w:t xml:space="preserve">Актуальная политика </w:t>
      </w:r>
      <w:r>
        <w:rPr>
          <w:i/>
          <w:color w:val="666666"/>
          <w:sz w:val="17"/>
        </w:rPr>
        <w:t>USCIS</w:t>
      </w:r>
      <w:r w:rsidRPr="00D55BA8">
        <w:rPr>
          <w:i/>
          <w:color w:val="666666"/>
          <w:sz w:val="17"/>
          <w:lang w:val="ru-RU"/>
        </w:rPr>
        <w:t xml:space="preserve"> допускает рассмотрение командных наград при надлежащем подтверждении получения награды заявителем.</w:t>
      </w:r>
    </w:p>
    <w:p w:rsidR="00E56751" w:rsidRDefault="00000000">
      <w:pPr>
        <w:keepNext/>
        <w:spacing w:after="40" w:line="259" w:lineRule="auto"/>
      </w:pPr>
      <w:proofErr w:type="spellStart"/>
      <w:r>
        <w:rPr>
          <w:b/>
          <w:color w:val="244A70"/>
          <w:sz w:val="18"/>
        </w:rPr>
        <w:t>При</w:t>
      </w:r>
      <w:proofErr w:type="spellEnd"/>
      <w:r>
        <w:rPr>
          <w:b/>
          <w:color w:val="244A70"/>
          <w:sz w:val="18"/>
        </w:rPr>
        <w:t xml:space="preserve"> </w:t>
      </w:r>
      <w:proofErr w:type="spellStart"/>
      <w:r>
        <w:rPr>
          <w:b/>
          <w:color w:val="244A70"/>
          <w:sz w:val="18"/>
        </w:rPr>
        <w:t>положительном</w:t>
      </w:r>
      <w:proofErr w:type="spellEnd"/>
      <w:r>
        <w:rPr>
          <w:b/>
          <w:color w:val="244A70"/>
          <w:sz w:val="18"/>
        </w:rPr>
        <w:t xml:space="preserve"> </w:t>
      </w:r>
      <w:proofErr w:type="spellStart"/>
      <w:r>
        <w:rPr>
          <w:b/>
          <w:color w:val="244A70"/>
          <w:sz w:val="18"/>
        </w:rPr>
        <w:t>ответе</w:t>
      </w:r>
      <w:proofErr w:type="spellEnd"/>
      <w:r>
        <w:rPr>
          <w:b/>
          <w:color w:val="244A70"/>
          <w:sz w:val="18"/>
        </w:rPr>
        <w:t xml:space="preserve"> </w:t>
      </w:r>
      <w:proofErr w:type="spellStart"/>
      <w:r>
        <w:rPr>
          <w:b/>
          <w:color w:val="244A70"/>
          <w:sz w:val="18"/>
        </w:rPr>
        <w:t>укажите</w:t>
      </w:r>
      <w:proofErr w:type="spellEnd"/>
      <w:r>
        <w:rPr>
          <w:b/>
          <w:color w:val="244A70"/>
          <w:sz w:val="18"/>
        </w:rPr>
        <w:t>: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название, год, организатор, страна и уровень (региональный / национальный / международный);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за что именно вручена награда и как ваша работа связана с наградой;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кто мог участвовать, сколько было кандидатов и победителей;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кто и по каким критериям выбирал победителей;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репутация организатора и независимые публикации о награде;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если награда командная — ваша роль в команде и подтверждение получения/участия.</w:t>
      </w: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>Факты, даты, названия, цифры, ссылки и доступные доказательства: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p w:rsidR="00E56751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2"/>
      </w:tblGrid>
      <w:tr w:rsidR="00E56751" w:rsidRPr="00B276D0">
        <w:trPr>
          <w:cantSplit/>
          <w:jc w:val="center"/>
        </w:trPr>
        <w:tc>
          <w:tcPr>
            <w:tcW w:w="9922" w:type="dxa"/>
            <w:tcBorders>
              <w:top w:val="single" w:sz="10" w:space="0" w:color="17365D"/>
              <w:left w:val="single" w:sz="10" w:space="0" w:color="17365D"/>
              <w:bottom w:val="single" w:sz="10" w:space="0" w:color="17365D"/>
              <w:right w:val="single" w:sz="10" w:space="0" w:color="17365D"/>
            </w:tcBorders>
            <w:shd w:val="clear" w:color="auto" w:fill="EEF4F8"/>
          </w:tcPr>
          <w:p w:rsidR="00E56751" w:rsidRPr="00D55BA8" w:rsidRDefault="00000000">
            <w:pPr>
              <w:spacing w:after="20"/>
              <w:rPr>
                <w:lang w:val="ru-RU"/>
              </w:rPr>
            </w:pPr>
            <w:r w:rsidRPr="00D55BA8">
              <w:rPr>
                <w:b/>
                <w:color w:val="17365D"/>
                <w:sz w:val="24"/>
                <w:lang w:val="ru-RU"/>
              </w:rPr>
              <w:lastRenderedPageBreak/>
              <w:t>КРИТЕРИЙ 2. ЧЛЕНСТВО В ПРОФЕССИОНАЛЬНЫХ АССОЦИАЦИЯХ</w:t>
            </w:r>
          </w:p>
          <w:p w:rsidR="00E56751" w:rsidRPr="00D55BA8" w:rsidRDefault="00000000">
            <w:pPr>
              <w:spacing w:after="40"/>
              <w:rPr>
                <w:lang w:val="ru-RU"/>
              </w:rPr>
            </w:pPr>
            <w:r w:rsidRPr="00D55BA8">
              <w:rPr>
                <w:b/>
                <w:color w:val="000000"/>
                <w:lang w:val="ru-RU"/>
              </w:rPr>
              <w:t xml:space="preserve">Являетесь ли вы сейчас или являлись ранее членом профессиональной ассоциации, академии, союза или организации, где членство требует </w:t>
            </w:r>
            <w:r>
              <w:rPr>
                <w:b/>
                <w:color w:val="000000"/>
              </w:rPr>
              <w:t>outstanding</w:t>
            </w:r>
            <w:r w:rsidRPr="00D55BA8">
              <w:rPr>
                <w:b/>
                <w:color w:val="000000"/>
                <w:lang w:val="ru-RU"/>
              </w:rPr>
              <w:t xml:space="preserve"> </w:t>
            </w:r>
            <w:r>
              <w:rPr>
                <w:b/>
                <w:color w:val="000000"/>
              </w:rPr>
              <w:t>achievements</w:t>
            </w:r>
            <w:r w:rsidRPr="00D55BA8">
              <w:rPr>
                <w:b/>
                <w:color w:val="000000"/>
                <w:lang w:val="ru-RU"/>
              </w:rPr>
              <w:t>?</w:t>
            </w:r>
          </w:p>
          <w:p w:rsidR="00E56751" w:rsidRPr="00D55BA8" w:rsidRDefault="00000000">
            <w:pPr>
              <w:spacing w:after="0"/>
              <w:rPr>
                <w:lang w:val="ru-RU"/>
              </w:rPr>
            </w:pPr>
            <w:r w:rsidRPr="00D55BA8">
              <w:rPr>
                <w:color w:val="000000"/>
                <w:sz w:val="19"/>
                <w:lang w:val="ru-RU"/>
              </w:rPr>
              <w:t>☐ Да     ☐ Нет     ☐ Не уверен / требуется анализ</w:t>
            </w:r>
          </w:p>
        </w:tc>
      </w:tr>
    </w:tbl>
    <w:p w:rsidR="00E56751" w:rsidRPr="00D55BA8" w:rsidRDefault="00000000">
      <w:pPr>
        <w:spacing w:after="80" w:line="259" w:lineRule="auto"/>
        <w:rPr>
          <w:lang w:val="ru-RU"/>
        </w:rPr>
      </w:pPr>
      <w:r w:rsidRPr="00D55BA8">
        <w:rPr>
          <w:i/>
          <w:color w:val="666666"/>
          <w:sz w:val="17"/>
          <w:lang w:val="ru-RU"/>
        </w:rPr>
        <w:t xml:space="preserve">Для этого критерия важна не престижность названия сама по себе, а селективность членства на основании выдающихся достижений. </w:t>
      </w:r>
      <w:r>
        <w:rPr>
          <w:i/>
          <w:color w:val="666666"/>
          <w:sz w:val="17"/>
        </w:rPr>
        <w:t>USCIS</w:t>
      </w:r>
      <w:r w:rsidRPr="00D55BA8">
        <w:rPr>
          <w:i/>
          <w:color w:val="666666"/>
          <w:sz w:val="17"/>
          <w:lang w:val="ru-RU"/>
        </w:rPr>
        <w:t xml:space="preserve"> также учитывает соответствующие прошлые членства.</w:t>
      </w:r>
    </w:p>
    <w:p w:rsidR="00E56751" w:rsidRPr="00D55BA8" w:rsidRDefault="00000000">
      <w:pPr>
        <w:keepNext/>
        <w:spacing w:after="40" w:line="259" w:lineRule="auto"/>
        <w:rPr>
          <w:lang w:val="ru-RU"/>
        </w:rPr>
      </w:pPr>
      <w:r w:rsidRPr="00D55BA8">
        <w:rPr>
          <w:b/>
          <w:color w:val="244A70"/>
          <w:sz w:val="18"/>
          <w:lang w:val="ru-RU"/>
        </w:rPr>
        <w:t>При положительном ответе укажите: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название организации, страна, тип и уровень членства;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требования для вступления и документы, где они опубликованы;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кто оценивает кандидатов и являются ли оценщики признанными экспертами;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нужно ли доказать выдающиеся достижения, номинацию или рекомендации;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отличается ли это членство от обычного открытого/платного членства;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дата вступления и подтверждающие документы.</w:t>
      </w: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>Факты, даты, названия, цифры, ссылки и доступные доказательства: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p w:rsidR="00E56751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2"/>
      </w:tblGrid>
      <w:tr w:rsidR="00E56751" w:rsidRPr="00B276D0">
        <w:trPr>
          <w:cantSplit/>
          <w:jc w:val="center"/>
        </w:trPr>
        <w:tc>
          <w:tcPr>
            <w:tcW w:w="9922" w:type="dxa"/>
            <w:tcBorders>
              <w:top w:val="single" w:sz="10" w:space="0" w:color="17365D"/>
              <w:left w:val="single" w:sz="10" w:space="0" w:color="17365D"/>
              <w:bottom w:val="single" w:sz="10" w:space="0" w:color="17365D"/>
              <w:right w:val="single" w:sz="10" w:space="0" w:color="17365D"/>
            </w:tcBorders>
            <w:shd w:val="clear" w:color="auto" w:fill="EEF4F8"/>
          </w:tcPr>
          <w:p w:rsidR="00E56751" w:rsidRPr="00D55BA8" w:rsidRDefault="00000000">
            <w:pPr>
              <w:spacing w:after="20"/>
              <w:rPr>
                <w:lang w:val="ru-RU"/>
              </w:rPr>
            </w:pPr>
            <w:r w:rsidRPr="00D55BA8">
              <w:rPr>
                <w:b/>
                <w:color w:val="17365D"/>
                <w:sz w:val="24"/>
                <w:lang w:val="ru-RU"/>
              </w:rPr>
              <w:lastRenderedPageBreak/>
              <w:t>КРИТЕРИЙ 3. ПУБЛИКАЦИИ О ВАС И ВАШЕЙ РАБОТЕ</w:t>
            </w:r>
          </w:p>
          <w:p w:rsidR="00E56751" w:rsidRPr="00D55BA8" w:rsidRDefault="00000000">
            <w:pPr>
              <w:spacing w:after="40"/>
              <w:rPr>
                <w:lang w:val="ru-RU"/>
              </w:rPr>
            </w:pPr>
            <w:r w:rsidRPr="00D55BA8">
              <w:rPr>
                <w:b/>
                <w:color w:val="000000"/>
                <w:lang w:val="ru-RU"/>
              </w:rPr>
              <w:t xml:space="preserve">Публиковались ли материалы именно о вас, вашей профессиональной работе, проектах или достижениях в профессиональных, крупных отраслевых изданиях или других </w:t>
            </w:r>
            <w:r>
              <w:rPr>
                <w:b/>
                <w:color w:val="000000"/>
              </w:rPr>
              <w:t>major</w:t>
            </w:r>
            <w:r w:rsidRPr="00D55BA8">
              <w:rPr>
                <w:b/>
                <w:color w:val="000000"/>
                <w:lang w:val="ru-RU"/>
              </w:rPr>
              <w:t xml:space="preserve"> </w:t>
            </w:r>
            <w:r>
              <w:rPr>
                <w:b/>
                <w:color w:val="000000"/>
              </w:rPr>
              <w:t>media</w:t>
            </w:r>
            <w:r w:rsidRPr="00D55BA8">
              <w:rPr>
                <w:b/>
                <w:color w:val="000000"/>
                <w:lang w:val="ru-RU"/>
              </w:rPr>
              <w:t>?</w:t>
            </w:r>
          </w:p>
          <w:p w:rsidR="00E56751" w:rsidRPr="00D55BA8" w:rsidRDefault="00000000">
            <w:pPr>
              <w:spacing w:after="0"/>
              <w:rPr>
                <w:lang w:val="ru-RU"/>
              </w:rPr>
            </w:pPr>
            <w:r w:rsidRPr="00D55BA8">
              <w:rPr>
                <w:color w:val="000000"/>
                <w:sz w:val="19"/>
                <w:lang w:val="ru-RU"/>
              </w:rPr>
              <w:t>☐ Да     ☐ Нет     ☐ Не уверен / требуется анализ</w:t>
            </w:r>
          </w:p>
        </w:tc>
      </w:tr>
    </w:tbl>
    <w:p w:rsidR="00E56751" w:rsidRPr="00D55BA8" w:rsidRDefault="00000000">
      <w:pPr>
        <w:spacing w:after="80" w:line="259" w:lineRule="auto"/>
        <w:rPr>
          <w:lang w:val="ru-RU"/>
        </w:rPr>
      </w:pPr>
      <w:r w:rsidRPr="00D55BA8">
        <w:rPr>
          <w:i/>
          <w:color w:val="666666"/>
          <w:sz w:val="17"/>
          <w:lang w:val="ru-RU"/>
        </w:rPr>
        <w:t>Авторские статьи заявителя относятся к другому критерию (№6). Здесь важны материалы, опубликованные другими лицами/СМИ о заявителе и его работе.</w:t>
      </w:r>
    </w:p>
    <w:p w:rsidR="00E56751" w:rsidRDefault="00000000">
      <w:pPr>
        <w:keepNext/>
        <w:spacing w:after="40" w:line="259" w:lineRule="auto"/>
      </w:pPr>
      <w:proofErr w:type="spellStart"/>
      <w:r>
        <w:rPr>
          <w:b/>
          <w:color w:val="244A70"/>
          <w:sz w:val="18"/>
        </w:rPr>
        <w:t>При</w:t>
      </w:r>
      <w:proofErr w:type="spellEnd"/>
      <w:r>
        <w:rPr>
          <w:b/>
          <w:color w:val="244A70"/>
          <w:sz w:val="18"/>
        </w:rPr>
        <w:t xml:space="preserve"> </w:t>
      </w:r>
      <w:proofErr w:type="spellStart"/>
      <w:r>
        <w:rPr>
          <w:b/>
          <w:color w:val="244A70"/>
          <w:sz w:val="18"/>
        </w:rPr>
        <w:t>положительном</w:t>
      </w:r>
      <w:proofErr w:type="spellEnd"/>
      <w:r>
        <w:rPr>
          <w:b/>
          <w:color w:val="244A70"/>
          <w:sz w:val="18"/>
        </w:rPr>
        <w:t xml:space="preserve"> </w:t>
      </w:r>
      <w:proofErr w:type="spellStart"/>
      <w:r>
        <w:rPr>
          <w:b/>
          <w:color w:val="244A70"/>
          <w:sz w:val="18"/>
        </w:rPr>
        <w:t>ответе</w:t>
      </w:r>
      <w:proofErr w:type="spellEnd"/>
      <w:r>
        <w:rPr>
          <w:b/>
          <w:color w:val="244A70"/>
          <w:sz w:val="18"/>
        </w:rPr>
        <w:t xml:space="preserve"> </w:t>
      </w:r>
      <w:proofErr w:type="spellStart"/>
      <w:r>
        <w:rPr>
          <w:b/>
          <w:color w:val="244A70"/>
          <w:sz w:val="18"/>
        </w:rPr>
        <w:t>укажите</w:t>
      </w:r>
      <w:proofErr w:type="spellEnd"/>
      <w:r>
        <w:rPr>
          <w:b/>
          <w:color w:val="244A70"/>
          <w:sz w:val="18"/>
        </w:rPr>
        <w:t>: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название СМИ, ссылка, дата, заголовок и автор;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являетесь ли вы основным объектом материала или существенной частью публикации;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как материал относится к вашей работе в заявляемой области;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масштаб и аудитория СМИ: тираж, охват, посещаемость, география, репутация;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независим ли материал от вас/вашей компании или является рекламой/пресс-релизом;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есть ли полная копия материала и перевод, если он не на английском.</w:t>
      </w: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>Факты, даты, названия, цифры, ссылки и доступные доказательства: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2"/>
      </w:tblGrid>
      <w:tr w:rsidR="00E56751" w:rsidRPr="00B276D0">
        <w:trPr>
          <w:cantSplit/>
          <w:jc w:val="center"/>
        </w:trPr>
        <w:tc>
          <w:tcPr>
            <w:tcW w:w="9922" w:type="dxa"/>
            <w:tcBorders>
              <w:top w:val="single" w:sz="10" w:space="0" w:color="17365D"/>
              <w:left w:val="single" w:sz="10" w:space="0" w:color="17365D"/>
              <w:bottom w:val="single" w:sz="10" w:space="0" w:color="17365D"/>
              <w:right w:val="single" w:sz="10" w:space="0" w:color="17365D"/>
            </w:tcBorders>
            <w:shd w:val="clear" w:color="auto" w:fill="EEF4F8"/>
          </w:tcPr>
          <w:p w:rsidR="00E56751" w:rsidRPr="00D55BA8" w:rsidRDefault="00000000">
            <w:pPr>
              <w:spacing w:after="20"/>
              <w:rPr>
                <w:lang w:val="ru-RU"/>
              </w:rPr>
            </w:pPr>
            <w:r w:rsidRPr="00D55BA8">
              <w:rPr>
                <w:b/>
                <w:color w:val="17365D"/>
                <w:sz w:val="24"/>
                <w:lang w:val="ru-RU"/>
              </w:rPr>
              <w:t>КРИТЕРИЙ 4. СУДЕЙСТВО И ОЦЕНКА РАБОТЫ ДРУГИХ</w:t>
            </w:r>
          </w:p>
          <w:p w:rsidR="00E56751" w:rsidRPr="00D55BA8" w:rsidRDefault="00000000">
            <w:pPr>
              <w:spacing w:after="40"/>
              <w:rPr>
                <w:lang w:val="ru-RU"/>
              </w:rPr>
            </w:pPr>
            <w:r w:rsidRPr="00D55BA8">
              <w:rPr>
                <w:b/>
                <w:color w:val="000000"/>
                <w:lang w:val="ru-RU"/>
              </w:rPr>
              <w:t>Оценивали ли вы работу других профессионалов — индивидуально или в составе жюри/панели — в вашей или смежной области?</w:t>
            </w:r>
          </w:p>
          <w:p w:rsidR="00E56751" w:rsidRPr="00D55BA8" w:rsidRDefault="00000000">
            <w:pPr>
              <w:spacing w:after="0"/>
              <w:rPr>
                <w:lang w:val="ru-RU"/>
              </w:rPr>
            </w:pPr>
            <w:r w:rsidRPr="00D55BA8">
              <w:rPr>
                <w:color w:val="000000"/>
                <w:sz w:val="19"/>
                <w:lang w:val="ru-RU"/>
              </w:rPr>
              <w:t>☐ Да     ☐ Нет     ☐ Не уверен / требуется анализ</w:t>
            </w:r>
          </w:p>
        </w:tc>
      </w:tr>
    </w:tbl>
    <w:p w:rsidR="00E56751" w:rsidRPr="00D55BA8" w:rsidRDefault="00000000">
      <w:pPr>
        <w:spacing w:after="80" w:line="259" w:lineRule="auto"/>
        <w:rPr>
          <w:lang w:val="ru-RU"/>
        </w:rPr>
      </w:pPr>
      <w:r w:rsidRPr="00D55BA8">
        <w:rPr>
          <w:i/>
          <w:color w:val="666666"/>
          <w:sz w:val="17"/>
          <w:lang w:val="ru-RU"/>
        </w:rPr>
        <w:t>Само приглашение может быть недостаточно: важно подтвердить фактическое участие в оценке работы других.</w:t>
      </w:r>
    </w:p>
    <w:p w:rsidR="00E56751" w:rsidRDefault="00000000">
      <w:pPr>
        <w:keepNext/>
        <w:spacing w:after="40" w:line="259" w:lineRule="auto"/>
      </w:pPr>
      <w:proofErr w:type="spellStart"/>
      <w:r>
        <w:rPr>
          <w:b/>
          <w:color w:val="244A70"/>
          <w:sz w:val="18"/>
        </w:rPr>
        <w:t>При</w:t>
      </w:r>
      <w:proofErr w:type="spellEnd"/>
      <w:r>
        <w:rPr>
          <w:b/>
          <w:color w:val="244A70"/>
          <w:sz w:val="18"/>
        </w:rPr>
        <w:t xml:space="preserve"> </w:t>
      </w:r>
      <w:proofErr w:type="spellStart"/>
      <w:r>
        <w:rPr>
          <w:b/>
          <w:color w:val="244A70"/>
          <w:sz w:val="18"/>
        </w:rPr>
        <w:t>положительном</w:t>
      </w:r>
      <w:proofErr w:type="spellEnd"/>
      <w:r>
        <w:rPr>
          <w:b/>
          <w:color w:val="244A70"/>
          <w:sz w:val="18"/>
        </w:rPr>
        <w:t xml:space="preserve"> </w:t>
      </w:r>
      <w:proofErr w:type="spellStart"/>
      <w:r>
        <w:rPr>
          <w:b/>
          <w:color w:val="244A70"/>
          <w:sz w:val="18"/>
        </w:rPr>
        <w:t>ответе</w:t>
      </w:r>
      <w:proofErr w:type="spellEnd"/>
      <w:r>
        <w:rPr>
          <w:b/>
          <w:color w:val="244A70"/>
          <w:sz w:val="18"/>
        </w:rPr>
        <w:t xml:space="preserve"> </w:t>
      </w:r>
      <w:proofErr w:type="spellStart"/>
      <w:r>
        <w:rPr>
          <w:b/>
          <w:color w:val="244A70"/>
          <w:sz w:val="18"/>
        </w:rPr>
        <w:t>укажите</w:t>
      </w:r>
      <w:proofErr w:type="spellEnd"/>
      <w:r>
        <w:rPr>
          <w:b/>
          <w:color w:val="244A70"/>
          <w:sz w:val="18"/>
        </w:rPr>
        <w:t>: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название конкурса, премии, конференции, журнала, грантового отбора или экспертной комиссии;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организатор, год, страна, ваша официальная роль;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какие работы/заявки вы оценивали и сколько;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почему вас пригласили и какие требования предъявлялись к судьям/экспертам;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подтверждение фактического участия: программы, письма, скриншоты системы рецензирования, сертификаты, протоколы;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 xml:space="preserve">связь оцениваемой работы с вашей заявляемой областью или </w:t>
      </w:r>
      <w:r>
        <w:rPr>
          <w:color w:val="000000"/>
          <w:sz w:val="18"/>
        </w:rPr>
        <w:t>allied</w:t>
      </w:r>
      <w:r w:rsidRPr="00D55BA8">
        <w:rPr>
          <w:color w:val="000000"/>
          <w:sz w:val="18"/>
          <w:lang w:val="ru-RU"/>
        </w:rPr>
        <w:t xml:space="preserve"> </w:t>
      </w:r>
      <w:r>
        <w:rPr>
          <w:color w:val="000000"/>
          <w:sz w:val="18"/>
        </w:rPr>
        <w:t>field</w:t>
      </w:r>
      <w:r w:rsidRPr="00D55BA8">
        <w:rPr>
          <w:color w:val="000000"/>
          <w:sz w:val="18"/>
          <w:lang w:val="ru-RU"/>
        </w:rPr>
        <w:t>.</w:t>
      </w: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>Факты, даты, названия, цифры, ссылки и доступные доказательства: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2"/>
      </w:tblGrid>
      <w:tr w:rsidR="00E56751" w:rsidRPr="00B276D0">
        <w:trPr>
          <w:cantSplit/>
          <w:jc w:val="center"/>
        </w:trPr>
        <w:tc>
          <w:tcPr>
            <w:tcW w:w="9922" w:type="dxa"/>
            <w:tcBorders>
              <w:top w:val="single" w:sz="10" w:space="0" w:color="17365D"/>
              <w:left w:val="single" w:sz="10" w:space="0" w:color="17365D"/>
              <w:bottom w:val="single" w:sz="10" w:space="0" w:color="17365D"/>
              <w:right w:val="single" w:sz="10" w:space="0" w:color="17365D"/>
            </w:tcBorders>
            <w:shd w:val="clear" w:color="auto" w:fill="EEF4F8"/>
          </w:tcPr>
          <w:p w:rsidR="00E56751" w:rsidRPr="00D55BA8" w:rsidRDefault="00000000">
            <w:pPr>
              <w:spacing w:after="20"/>
              <w:rPr>
                <w:lang w:val="ru-RU"/>
              </w:rPr>
            </w:pPr>
            <w:r w:rsidRPr="00D55BA8">
              <w:rPr>
                <w:b/>
                <w:color w:val="17365D"/>
                <w:sz w:val="24"/>
                <w:lang w:val="ru-RU"/>
              </w:rPr>
              <w:t>КРИТЕРИЙ 5. ОРИГИНАЛЬНЫЙ ВКЛАД СУЩЕСТВЕННОГО ЗНАЧЕНИЯ</w:t>
            </w:r>
          </w:p>
          <w:p w:rsidR="00E56751" w:rsidRPr="00D55BA8" w:rsidRDefault="00000000">
            <w:pPr>
              <w:spacing w:after="40"/>
              <w:rPr>
                <w:lang w:val="ru-RU"/>
              </w:rPr>
            </w:pPr>
            <w:r w:rsidRPr="00D55BA8">
              <w:rPr>
                <w:b/>
                <w:color w:val="000000"/>
                <w:lang w:val="ru-RU"/>
              </w:rPr>
              <w:t xml:space="preserve">Создавали ли вы оригинальные научные, бизнес-, технологические, художественные, спортивные или иные профессиональные решения, которые имели </w:t>
            </w:r>
            <w:r>
              <w:rPr>
                <w:b/>
                <w:color w:val="000000"/>
              </w:rPr>
              <w:t>major</w:t>
            </w:r>
            <w:r w:rsidRPr="00D55BA8">
              <w:rPr>
                <w:b/>
                <w:color w:val="000000"/>
                <w:lang w:val="ru-RU"/>
              </w:rPr>
              <w:t xml:space="preserve"> </w:t>
            </w:r>
            <w:r>
              <w:rPr>
                <w:b/>
                <w:color w:val="000000"/>
              </w:rPr>
              <w:t>significance</w:t>
            </w:r>
            <w:r w:rsidRPr="00D55BA8">
              <w:rPr>
                <w:b/>
                <w:color w:val="000000"/>
                <w:lang w:val="ru-RU"/>
              </w:rPr>
              <w:t xml:space="preserve"> для вашей области?</w:t>
            </w:r>
          </w:p>
          <w:p w:rsidR="00E56751" w:rsidRPr="00D55BA8" w:rsidRDefault="00000000">
            <w:pPr>
              <w:spacing w:after="0"/>
              <w:rPr>
                <w:lang w:val="ru-RU"/>
              </w:rPr>
            </w:pPr>
            <w:r w:rsidRPr="00D55BA8">
              <w:rPr>
                <w:color w:val="000000"/>
                <w:sz w:val="19"/>
                <w:lang w:val="ru-RU"/>
              </w:rPr>
              <w:t>☐ Да     ☐ Нет     ☐ Не уверен / требуется анализ</w:t>
            </w:r>
          </w:p>
        </w:tc>
      </w:tr>
    </w:tbl>
    <w:p w:rsidR="00E56751" w:rsidRPr="00D55BA8" w:rsidRDefault="00000000">
      <w:pPr>
        <w:spacing w:after="80" w:line="259" w:lineRule="auto"/>
        <w:rPr>
          <w:lang w:val="ru-RU"/>
        </w:rPr>
      </w:pPr>
      <w:r w:rsidRPr="00D55BA8">
        <w:rPr>
          <w:i/>
          <w:color w:val="666666"/>
          <w:sz w:val="17"/>
          <w:lang w:val="ru-RU"/>
        </w:rPr>
        <w:t xml:space="preserve">Патент сам по себе не является отдельным </w:t>
      </w:r>
      <w:r>
        <w:rPr>
          <w:i/>
          <w:color w:val="666666"/>
          <w:sz w:val="17"/>
        </w:rPr>
        <w:t>EB</w:t>
      </w:r>
      <w:r w:rsidRPr="00D55BA8">
        <w:rPr>
          <w:i/>
          <w:color w:val="666666"/>
          <w:sz w:val="17"/>
          <w:lang w:val="ru-RU"/>
        </w:rPr>
        <w:t>-1</w:t>
      </w:r>
      <w:r>
        <w:rPr>
          <w:i/>
          <w:color w:val="666666"/>
          <w:sz w:val="17"/>
        </w:rPr>
        <w:t>A</w:t>
      </w:r>
      <w:r w:rsidRPr="00D55BA8">
        <w:rPr>
          <w:i/>
          <w:color w:val="666666"/>
          <w:sz w:val="17"/>
          <w:lang w:val="ru-RU"/>
        </w:rPr>
        <w:t xml:space="preserve"> критерием. Его сила зависит от связи с оригинальным вкладом и доказательств его значимости/использования.</w:t>
      </w:r>
    </w:p>
    <w:p w:rsidR="00E56751" w:rsidRDefault="00000000">
      <w:pPr>
        <w:keepNext/>
        <w:spacing w:after="40" w:line="259" w:lineRule="auto"/>
      </w:pPr>
      <w:proofErr w:type="spellStart"/>
      <w:r>
        <w:rPr>
          <w:b/>
          <w:color w:val="244A70"/>
          <w:sz w:val="18"/>
        </w:rPr>
        <w:t>При</w:t>
      </w:r>
      <w:proofErr w:type="spellEnd"/>
      <w:r>
        <w:rPr>
          <w:b/>
          <w:color w:val="244A70"/>
          <w:sz w:val="18"/>
        </w:rPr>
        <w:t xml:space="preserve"> </w:t>
      </w:r>
      <w:proofErr w:type="spellStart"/>
      <w:r>
        <w:rPr>
          <w:b/>
          <w:color w:val="244A70"/>
          <w:sz w:val="18"/>
        </w:rPr>
        <w:t>положительном</w:t>
      </w:r>
      <w:proofErr w:type="spellEnd"/>
      <w:r>
        <w:rPr>
          <w:b/>
          <w:color w:val="244A70"/>
          <w:sz w:val="18"/>
        </w:rPr>
        <w:t xml:space="preserve"> </w:t>
      </w:r>
      <w:proofErr w:type="spellStart"/>
      <w:r>
        <w:rPr>
          <w:b/>
          <w:color w:val="244A70"/>
          <w:sz w:val="18"/>
        </w:rPr>
        <w:t>ответе</w:t>
      </w:r>
      <w:proofErr w:type="spellEnd"/>
      <w:r>
        <w:rPr>
          <w:b/>
          <w:color w:val="244A70"/>
          <w:sz w:val="18"/>
        </w:rPr>
        <w:t xml:space="preserve"> </w:t>
      </w:r>
      <w:proofErr w:type="spellStart"/>
      <w:r>
        <w:rPr>
          <w:b/>
          <w:color w:val="244A70"/>
          <w:sz w:val="18"/>
        </w:rPr>
        <w:t>укажите</w:t>
      </w:r>
      <w:proofErr w:type="spellEnd"/>
      <w:r>
        <w:rPr>
          <w:b/>
          <w:color w:val="244A70"/>
          <w:sz w:val="18"/>
        </w:rPr>
        <w:t>: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что именно создано: технология, продукт, методика, исследование, бизнес-модель, проект, алгоритм, стандарт, произведение и т.п.;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в чем оригинальность и что существовало до вашего вклада;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lastRenderedPageBreak/>
        <w:t>кто и где использует результат: компании, пользователи, отрасль, клиенты, научное/профессиональное сообщество;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 xml:space="preserve">измеримый эффект: </w:t>
      </w:r>
      <w:r>
        <w:rPr>
          <w:color w:val="000000"/>
          <w:sz w:val="18"/>
        </w:rPr>
        <w:t>revenue</w:t>
      </w:r>
      <w:r w:rsidRPr="00D55BA8">
        <w:rPr>
          <w:color w:val="000000"/>
          <w:sz w:val="18"/>
          <w:lang w:val="ru-RU"/>
        </w:rPr>
        <w:t xml:space="preserve">, экономия, рост, внедрения, лицензирование, пользователи, цитирования, стандартизация, </w:t>
      </w:r>
      <w:r>
        <w:rPr>
          <w:color w:val="000000"/>
          <w:sz w:val="18"/>
        </w:rPr>
        <w:t>market</w:t>
      </w:r>
      <w:r w:rsidRPr="00D55BA8">
        <w:rPr>
          <w:color w:val="000000"/>
          <w:sz w:val="18"/>
          <w:lang w:val="ru-RU"/>
        </w:rPr>
        <w:t xml:space="preserve"> </w:t>
      </w:r>
      <w:r>
        <w:rPr>
          <w:color w:val="000000"/>
          <w:sz w:val="18"/>
        </w:rPr>
        <w:t>impact</w:t>
      </w:r>
      <w:r w:rsidRPr="00D55BA8">
        <w:rPr>
          <w:color w:val="000000"/>
          <w:sz w:val="18"/>
          <w:lang w:val="ru-RU"/>
        </w:rPr>
        <w:t>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есть ли независимые публикации, экспертные оценки, награды, контракты, данные внедрения;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есть ли патенты, зарегистрированная интеллектуальная собственность или лицензии и как они фактически используются;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 xml:space="preserve">какие независимые эксперты могут объяснить </w:t>
      </w:r>
      <w:r>
        <w:rPr>
          <w:color w:val="000000"/>
          <w:sz w:val="18"/>
        </w:rPr>
        <w:t>significance</w:t>
      </w:r>
      <w:r w:rsidRPr="00D55BA8">
        <w:rPr>
          <w:color w:val="000000"/>
          <w:sz w:val="18"/>
          <w:lang w:val="ru-RU"/>
        </w:rPr>
        <w:t xml:space="preserve"> вашего вклада.</w:t>
      </w: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>Факты, даты, названия, цифры, ссылки и доступные доказательства: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2"/>
      </w:tblGrid>
      <w:tr w:rsidR="00E56751" w:rsidRPr="00B276D0">
        <w:trPr>
          <w:cantSplit/>
          <w:jc w:val="center"/>
        </w:trPr>
        <w:tc>
          <w:tcPr>
            <w:tcW w:w="9922" w:type="dxa"/>
            <w:tcBorders>
              <w:top w:val="single" w:sz="10" w:space="0" w:color="17365D"/>
              <w:left w:val="single" w:sz="10" w:space="0" w:color="17365D"/>
              <w:bottom w:val="single" w:sz="10" w:space="0" w:color="17365D"/>
              <w:right w:val="single" w:sz="10" w:space="0" w:color="17365D"/>
            </w:tcBorders>
            <w:shd w:val="clear" w:color="auto" w:fill="EEF4F8"/>
          </w:tcPr>
          <w:p w:rsidR="00E56751" w:rsidRPr="00D55BA8" w:rsidRDefault="00000000">
            <w:pPr>
              <w:spacing w:after="20"/>
              <w:rPr>
                <w:lang w:val="ru-RU"/>
              </w:rPr>
            </w:pPr>
            <w:r w:rsidRPr="00D55BA8">
              <w:rPr>
                <w:b/>
                <w:color w:val="17365D"/>
                <w:sz w:val="24"/>
                <w:lang w:val="ru-RU"/>
              </w:rPr>
              <w:t xml:space="preserve">КРИТЕРИЙ 6. АВТОРСТВО ПРОФЕССИОНАЛЬНЫХ / </w:t>
            </w:r>
            <w:r>
              <w:rPr>
                <w:b/>
                <w:color w:val="17365D"/>
                <w:sz w:val="24"/>
              </w:rPr>
              <w:t>SCHOLARLY</w:t>
            </w:r>
            <w:r w:rsidRPr="00D55BA8">
              <w:rPr>
                <w:b/>
                <w:color w:val="17365D"/>
                <w:sz w:val="24"/>
                <w:lang w:val="ru-RU"/>
              </w:rPr>
              <w:t xml:space="preserve"> СТАТЕЙ</w:t>
            </w:r>
          </w:p>
          <w:p w:rsidR="00E56751" w:rsidRPr="00D55BA8" w:rsidRDefault="00000000">
            <w:pPr>
              <w:spacing w:after="40"/>
              <w:rPr>
                <w:lang w:val="ru-RU"/>
              </w:rPr>
            </w:pPr>
            <w:r w:rsidRPr="00D55BA8">
              <w:rPr>
                <w:b/>
                <w:color w:val="000000"/>
                <w:lang w:val="ru-RU"/>
              </w:rPr>
              <w:t xml:space="preserve">Являетесь ли вы автором </w:t>
            </w:r>
            <w:r>
              <w:rPr>
                <w:b/>
                <w:color w:val="000000"/>
              </w:rPr>
              <w:t>scholarly</w:t>
            </w:r>
            <w:r w:rsidRPr="00D55BA8">
              <w:rPr>
                <w:b/>
                <w:color w:val="000000"/>
                <w:lang w:val="ru-RU"/>
              </w:rPr>
              <w:t xml:space="preserve"> или профессиональных статей в вашей области, опубликованных в профессиональных, </w:t>
            </w:r>
            <w:r>
              <w:rPr>
                <w:b/>
                <w:color w:val="000000"/>
              </w:rPr>
              <w:t>major</w:t>
            </w:r>
            <w:r w:rsidRPr="00D55BA8">
              <w:rPr>
                <w:b/>
                <w:color w:val="000000"/>
                <w:lang w:val="ru-RU"/>
              </w:rPr>
              <w:t xml:space="preserve"> </w:t>
            </w:r>
            <w:r>
              <w:rPr>
                <w:b/>
                <w:color w:val="000000"/>
              </w:rPr>
              <w:t>trade</w:t>
            </w:r>
            <w:r w:rsidRPr="00D55BA8">
              <w:rPr>
                <w:b/>
                <w:color w:val="000000"/>
                <w:lang w:val="ru-RU"/>
              </w:rPr>
              <w:t xml:space="preserve"> </w:t>
            </w:r>
            <w:r>
              <w:rPr>
                <w:b/>
                <w:color w:val="000000"/>
              </w:rPr>
              <w:t>publications</w:t>
            </w:r>
            <w:r w:rsidRPr="00D55BA8">
              <w:rPr>
                <w:b/>
                <w:color w:val="000000"/>
                <w:lang w:val="ru-RU"/>
              </w:rPr>
              <w:t xml:space="preserve"> или других </w:t>
            </w:r>
            <w:r>
              <w:rPr>
                <w:b/>
                <w:color w:val="000000"/>
              </w:rPr>
              <w:t>major</w:t>
            </w:r>
            <w:r w:rsidRPr="00D55BA8">
              <w:rPr>
                <w:b/>
                <w:color w:val="000000"/>
                <w:lang w:val="ru-RU"/>
              </w:rPr>
              <w:t xml:space="preserve"> </w:t>
            </w:r>
            <w:r>
              <w:rPr>
                <w:b/>
                <w:color w:val="000000"/>
              </w:rPr>
              <w:t>media</w:t>
            </w:r>
            <w:r w:rsidRPr="00D55BA8">
              <w:rPr>
                <w:b/>
                <w:color w:val="000000"/>
                <w:lang w:val="ru-RU"/>
              </w:rPr>
              <w:t>?</w:t>
            </w:r>
          </w:p>
          <w:p w:rsidR="00E56751" w:rsidRPr="00D55BA8" w:rsidRDefault="00000000">
            <w:pPr>
              <w:spacing w:after="0"/>
              <w:rPr>
                <w:lang w:val="ru-RU"/>
              </w:rPr>
            </w:pPr>
            <w:r w:rsidRPr="00D55BA8">
              <w:rPr>
                <w:color w:val="000000"/>
                <w:sz w:val="19"/>
                <w:lang w:val="ru-RU"/>
              </w:rPr>
              <w:t>☐ Да     ☐ Нет     ☐ Не уверен / требуется анализ</w:t>
            </w:r>
          </w:p>
        </w:tc>
      </w:tr>
    </w:tbl>
    <w:p w:rsidR="00E56751" w:rsidRPr="00D55BA8" w:rsidRDefault="00000000">
      <w:pPr>
        <w:spacing w:after="80" w:line="259" w:lineRule="auto"/>
        <w:rPr>
          <w:lang w:val="ru-RU"/>
        </w:rPr>
      </w:pPr>
      <w:r w:rsidRPr="00D55BA8">
        <w:rPr>
          <w:i/>
          <w:color w:val="666666"/>
          <w:sz w:val="17"/>
          <w:lang w:val="ru-RU"/>
        </w:rPr>
        <w:t>Обычные рекламные тексты, короткие посты или корпоративный контент не обязательно соответствуют этому критерию; требуется анализ характера публикации и площадки.</w:t>
      </w:r>
    </w:p>
    <w:p w:rsidR="00E56751" w:rsidRDefault="00000000">
      <w:pPr>
        <w:keepNext/>
        <w:spacing w:after="40" w:line="259" w:lineRule="auto"/>
      </w:pPr>
      <w:proofErr w:type="spellStart"/>
      <w:r>
        <w:rPr>
          <w:b/>
          <w:color w:val="244A70"/>
          <w:sz w:val="18"/>
        </w:rPr>
        <w:t>При</w:t>
      </w:r>
      <w:proofErr w:type="spellEnd"/>
      <w:r>
        <w:rPr>
          <w:b/>
          <w:color w:val="244A70"/>
          <w:sz w:val="18"/>
        </w:rPr>
        <w:t xml:space="preserve"> </w:t>
      </w:r>
      <w:proofErr w:type="spellStart"/>
      <w:r>
        <w:rPr>
          <w:b/>
          <w:color w:val="244A70"/>
          <w:sz w:val="18"/>
        </w:rPr>
        <w:t>положительном</w:t>
      </w:r>
      <w:proofErr w:type="spellEnd"/>
      <w:r>
        <w:rPr>
          <w:b/>
          <w:color w:val="244A70"/>
          <w:sz w:val="18"/>
        </w:rPr>
        <w:t xml:space="preserve"> </w:t>
      </w:r>
      <w:proofErr w:type="spellStart"/>
      <w:r>
        <w:rPr>
          <w:b/>
          <w:color w:val="244A70"/>
          <w:sz w:val="18"/>
        </w:rPr>
        <w:t>ответе</w:t>
      </w:r>
      <w:proofErr w:type="spellEnd"/>
      <w:r>
        <w:rPr>
          <w:b/>
          <w:color w:val="244A70"/>
          <w:sz w:val="18"/>
        </w:rPr>
        <w:t xml:space="preserve"> </w:t>
      </w:r>
      <w:proofErr w:type="spellStart"/>
      <w:r>
        <w:rPr>
          <w:b/>
          <w:color w:val="244A70"/>
          <w:sz w:val="18"/>
        </w:rPr>
        <w:t>укажите</w:t>
      </w:r>
      <w:proofErr w:type="spellEnd"/>
      <w:r>
        <w:rPr>
          <w:b/>
          <w:color w:val="244A70"/>
          <w:sz w:val="18"/>
        </w:rPr>
        <w:t>: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название статьи, дата, издание, ссылка, язык;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автор/соавтор и ваша роль;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тематика и связь со специализацией;</w:t>
      </w:r>
    </w:p>
    <w:p w:rsidR="00E56751" w:rsidRDefault="00000000">
      <w:pPr>
        <w:pStyle w:val="ListBullet"/>
        <w:spacing w:after="30"/>
        <w:ind w:left="312" w:hanging="142"/>
      </w:pPr>
      <w:proofErr w:type="spellStart"/>
      <w:r>
        <w:rPr>
          <w:color w:val="000000"/>
          <w:sz w:val="18"/>
        </w:rPr>
        <w:t>редакционные</w:t>
      </w:r>
      <w:proofErr w:type="spellEnd"/>
      <w:r>
        <w:rPr>
          <w:color w:val="000000"/>
          <w:sz w:val="18"/>
        </w:rPr>
        <w:t>/</w:t>
      </w:r>
      <w:proofErr w:type="spellStart"/>
      <w:r>
        <w:rPr>
          <w:color w:val="000000"/>
          <w:sz w:val="18"/>
        </w:rPr>
        <w:t>рецензионные</w:t>
      </w:r>
      <w:proofErr w:type="spellEnd"/>
      <w:r>
        <w:rPr>
          <w:color w:val="000000"/>
          <w:sz w:val="18"/>
        </w:rPr>
        <w:t xml:space="preserve"> </w:t>
      </w:r>
      <w:proofErr w:type="spellStart"/>
      <w:r>
        <w:rPr>
          <w:color w:val="000000"/>
          <w:sz w:val="18"/>
        </w:rPr>
        <w:t>стандарты</w:t>
      </w:r>
      <w:proofErr w:type="spellEnd"/>
      <w:r>
        <w:rPr>
          <w:color w:val="000000"/>
          <w:sz w:val="18"/>
        </w:rPr>
        <w:t xml:space="preserve"> </w:t>
      </w:r>
      <w:proofErr w:type="spellStart"/>
      <w:r>
        <w:rPr>
          <w:color w:val="000000"/>
          <w:sz w:val="18"/>
        </w:rPr>
        <w:t>издания</w:t>
      </w:r>
      <w:proofErr w:type="spellEnd"/>
      <w:r>
        <w:rPr>
          <w:color w:val="000000"/>
          <w:sz w:val="18"/>
        </w:rPr>
        <w:t>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охват, аудитория, индексирование и репутация издания;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цитирования, ссылки на работу или практическое использование, если есть.</w:t>
      </w: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>Факты, даты, названия, цифры, ссылки и доступные доказательства: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p w:rsidR="00E56751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2"/>
      </w:tblGrid>
      <w:tr w:rsidR="00E56751" w:rsidRPr="00B276D0">
        <w:trPr>
          <w:cantSplit/>
          <w:jc w:val="center"/>
        </w:trPr>
        <w:tc>
          <w:tcPr>
            <w:tcW w:w="9922" w:type="dxa"/>
            <w:tcBorders>
              <w:top w:val="single" w:sz="10" w:space="0" w:color="17365D"/>
              <w:left w:val="single" w:sz="10" w:space="0" w:color="17365D"/>
              <w:bottom w:val="single" w:sz="10" w:space="0" w:color="17365D"/>
              <w:right w:val="single" w:sz="10" w:space="0" w:color="17365D"/>
            </w:tcBorders>
            <w:shd w:val="clear" w:color="auto" w:fill="EEF4F8"/>
          </w:tcPr>
          <w:p w:rsidR="00E56751" w:rsidRPr="00D55BA8" w:rsidRDefault="00000000">
            <w:pPr>
              <w:spacing w:after="20"/>
              <w:rPr>
                <w:lang w:val="ru-RU"/>
              </w:rPr>
            </w:pPr>
            <w:r w:rsidRPr="00D55BA8">
              <w:rPr>
                <w:b/>
                <w:color w:val="17365D"/>
                <w:sz w:val="24"/>
                <w:lang w:val="ru-RU"/>
              </w:rPr>
              <w:lastRenderedPageBreak/>
              <w:t xml:space="preserve">КРИТЕРИЙ 7. ХУДОЖЕСТВЕННЫЕ ВЫСТАВКИ И </w:t>
            </w:r>
            <w:r>
              <w:rPr>
                <w:b/>
                <w:color w:val="17365D"/>
                <w:sz w:val="24"/>
              </w:rPr>
              <w:t>SHOWCASES</w:t>
            </w:r>
          </w:p>
          <w:p w:rsidR="00E56751" w:rsidRPr="00D55BA8" w:rsidRDefault="00000000">
            <w:pPr>
              <w:spacing w:after="40"/>
              <w:rPr>
                <w:lang w:val="ru-RU"/>
              </w:rPr>
            </w:pPr>
            <w:r w:rsidRPr="00D55BA8">
              <w:rPr>
                <w:b/>
                <w:color w:val="000000"/>
                <w:lang w:val="ru-RU"/>
              </w:rPr>
              <w:t xml:space="preserve">Если ваша область художественная: демонстрировались ли ваши работы на художественных выставках, </w:t>
            </w:r>
            <w:r>
              <w:rPr>
                <w:b/>
                <w:color w:val="000000"/>
              </w:rPr>
              <w:t>showcases</w:t>
            </w:r>
            <w:r w:rsidRPr="00D55BA8">
              <w:rPr>
                <w:b/>
                <w:color w:val="000000"/>
                <w:lang w:val="ru-RU"/>
              </w:rPr>
              <w:t>, фестивалях или иных профессиональных художественных площадках?</w:t>
            </w:r>
          </w:p>
          <w:p w:rsidR="00E56751" w:rsidRPr="00D55BA8" w:rsidRDefault="00000000">
            <w:pPr>
              <w:spacing w:after="0"/>
              <w:rPr>
                <w:lang w:val="ru-RU"/>
              </w:rPr>
            </w:pPr>
            <w:r w:rsidRPr="00D55BA8">
              <w:rPr>
                <w:color w:val="000000"/>
                <w:sz w:val="19"/>
                <w:lang w:val="ru-RU"/>
              </w:rPr>
              <w:t>☐ Да     ☐ Нет     ☐ Не уверен / требуется анализ</w:t>
            </w:r>
          </w:p>
        </w:tc>
      </w:tr>
    </w:tbl>
    <w:p w:rsidR="00E56751" w:rsidRPr="00D55BA8" w:rsidRDefault="00000000">
      <w:pPr>
        <w:spacing w:after="80" w:line="259" w:lineRule="auto"/>
        <w:rPr>
          <w:lang w:val="ru-RU"/>
        </w:rPr>
      </w:pPr>
      <w:r w:rsidRPr="00D55BA8">
        <w:rPr>
          <w:i/>
          <w:color w:val="666666"/>
          <w:sz w:val="17"/>
          <w:lang w:val="ru-RU"/>
        </w:rPr>
        <w:t xml:space="preserve">Регуляторный критерий прямо относится к </w:t>
      </w:r>
      <w:r>
        <w:rPr>
          <w:i/>
          <w:color w:val="666666"/>
          <w:sz w:val="17"/>
        </w:rPr>
        <w:t>artistic</w:t>
      </w:r>
      <w:r w:rsidRPr="00D55BA8">
        <w:rPr>
          <w:i/>
          <w:color w:val="666666"/>
          <w:sz w:val="17"/>
          <w:lang w:val="ru-RU"/>
        </w:rPr>
        <w:t xml:space="preserve"> </w:t>
      </w:r>
      <w:r>
        <w:rPr>
          <w:i/>
          <w:color w:val="666666"/>
          <w:sz w:val="17"/>
        </w:rPr>
        <w:t>exhibitions</w:t>
      </w:r>
      <w:r w:rsidRPr="00D55BA8">
        <w:rPr>
          <w:i/>
          <w:color w:val="666666"/>
          <w:sz w:val="17"/>
          <w:lang w:val="ru-RU"/>
        </w:rPr>
        <w:t xml:space="preserve"> </w:t>
      </w:r>
      <w:r>
        <w:rPr>
          <w:i/>
          <w:color w:val="666666"/>
          <w:sz w:val="17"/>
        </w:rPr>
        <w:t>or</w:t>
      </w:r>
      <w:r w:rsidRPr="00D55BA8">
        <w:rPr>
          <w:i/>
          <w:color w:val="666666"/>
          <w:sz w:val="17"/>
          <w:lang w:val="ru-RU"/>
        </w:rPr>
        <w:t xml:space="preserve"> </w:t>
      </w:r>
      <w:r>
        <w:rPr>
          <w:i/>
          <w:color w:val="666666"/>
          <w:sz w:val="17"/>
        </w:rPr>
        <w:t>showcases</w:t>
      </w:r>
      <w:r w:rsidRPr="00D55BA8">
        <w:rPr>
          <w:i/>
          <w:color w:val="666666"/>
          <w:sz w:val="17"/>
          <w:lang w:val="ru-RU"/>
        </w:rPr>
        <w:t xml:space="preserve">. Для не художественных демонстраций возможно рассматривать </w:t>
      </w:r>
      <w:r>
        <w:rPr>
          <w:i/>
          <w:color w:val="666666"/>
          <w:sz w:val="17"/>
        </w:rPr>
        <w:t>comparable</w:t>
      </w:r>
      <w:r w:rsidRPr="00D55BA8">
        <w:rPr>
          <w:i/>
          <w:color w:val="666666"/>
          <w:sz w:val="17"/>
          <w:lang w:val="ru-RU"/>
        </w:rPr>
        <w:t xml:space="preserve"> </w:t>
      </w:r>
      <w:r>
        <w:rPr>
          <w:i/>
          <w:color w:val="666666"/>
          <w:sz w:val="17"/>
        </w:rPr>
        <w:t>evidence</w:t>
      </w:r>
      <w:r w:rsidRPr="00D55BA8">
        <w:rPr>
          <w:i/>
          <w:color w:val="666666"/>
          <w:sz w:val="17"/>
          <w:lang w:val="ru-RU"/>
        </w:rPr>
        <w:t>, если стандартные критерии не подходят профессии.</w:t>
      </w:r>
    </w:p>
    <w:p w:rsidR="00E56751" w:rsidRDefault="00000000">
      <w:pPr>
        <w:keepNext/>
        <w:spacing w:after="40" w:line="259" w:lineRule="auto"/>
      </w:pPr>
      <w:proofErr w:type="spellStart"/>
      <w:r>
        <w:rPr>
          <w:b/>
          <w:color w:val="244A70"/>
          <w:sz w:val="18"/>
        </w:rPr>
        <w:t>При</w:t>
      </w:r>
      <w:proofErr w:type="spellEnd"/>
      <w:r>
        <w:rPr>
          <w:b/>
          <w:color w:val="244A70"/>
          <w:sz w:val="18"/>
        </w:rPr>
        <w:t xml:space="preserve"> </w:t>
      </w:r>
      <w:proofErr w:type="spellStart"/>
      <w:r>
        <w:rPr>
          <w:b/>
          <w:color w:val="244A70"/>
          <w:sz w:val="18"/>
        </w:rPr>
        <w:t>положительном</w:t>
      </w:r>
      <w:proofErr w:type="spellEnd"/>
      <w:r>
        <w:rPr>
          <w:b/>
          <w:color w:val="244A70"/>
          <w:sz w:val="18"/>
        </w:rPr>
        <w:t xml:space="preserve"> </w:t>
      </w:r>
      <w:proofErr w:type="spellStart"/>
      <w:r>
        <w:rPr>
          <w:b/>
          <w:color w:val="244A70"/>
          <w:sz w:val="18"/>
        </w:rPr>
        <w:t>ответе</w:t>
      </w:r>
      <w:proofErr w:type="spellEnd"/>
      <w:r>
        <w:rPr>
          <w:b/>
          <w:color w:val="244A70"/>
          <w:sz w:val="18"/>
        </w:rPr>
        <w:t xml:space="preserve"> </w:t>
      </w:r>
      <w:proofErr w:type="spellStart"/>
      <w:r>
        <w:rPr>
          <w:b/>
          <w:color w:val="244A70"/>
          <w:sz w:val="18"/>
        </w:rPr>
        <w:t>укажите</w:t>
      </w:r>
      <w:proofErr w:type="spellEnd"/>
      <w:r>
        <w:rPr>
          <w:b/>
          <w:color w:val="244A70"/>
          <w:sz w:val="18"/>
        </w:rPr>
        <w:t>: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название выставки/</w:t>
      </w:r>
      <w:r>
        <w:rPr>
          <w:color w:val="000000"/>
          <w:sz w:val="18"/>
        </w:rPr>
        <w:t>showcase</w:t>
      </w:r>
      <w:r w:rsidRPr="00D55BA8">
        <w:rPr>
          <w:color w:val="000000"/>
          <w:sz w:val="18"/>
          <w:lang w:val="ru-RU"/>
        </w:rPr>
        <w:t>, организатор, место и дата;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какая именно ваша работа демонстрировалась;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критерии отбора и статус площадки;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масштаб, аудитория и профессиональная репутация;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каталог, программа, сайт, фотографии, независимые публикации.</w:t>
      </w: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>Факты, даты, названия, цифры, ссылки и доступные доказательства: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2"/>
      </w:tblGrid>
      <w:tr w:rsidR="00E56751" w:rsidRPr="00B276D0">
        <w:trPr>
          <w:cantSplit/>
          <w:jc w:val="center"/>
        </w:trPr>
        <w:tc>
          <w:tcPr>
            <w:tcW w:w="9922" w:type="dxa"/>
            <w:tcBorders>
              <w:top w:val="single" w:sz="10" w:space="0" w:color="17365D"/>
              <w:left w:val="single" w:sz="10" w:space="0" w:color="17365D"/>
              <w:bottom w:val="single" w:sz="10" w:space="0" w:color="17365D"/>
              <w:right w:val="single" w:sz="10" w:space="0" w:color="17365D"/>
            </w:tcBorders>
            <w:shd w:val="clear" w:color="auto" w:fill="EEF4F8"/>
          </w:tcPr>
          <w:p w:rsidR="00E56751" w:rsidRPr="00D55BA8" w:rsidRDefault="00000000">
            <w:pPr>
              <w:spacing w:after="20"/>
              <w:rPr>
                <w:lang w:val="ru-RU"/>
              </w:rPr>
            </w:pPr>
            <w:r w:rsidRPr="00D55BA8">
              <w:rPr>
                <w:b/>
                <w:color w:val="17365D"/>
                <w:sz w:val="24"/>
                <w:lang w:val="ru-RU"/>
              </w:rPr>
              <w:t>КРИТЕРИЙ 8. ВЕДУЩАЯ ИЛИ КРИТИЧЕСКИ ВАЖНАЯ РОЛЬ</w:t>
            </w:r>
          </w:p>
          <w:p w:rsidR="00E56751" w:rsidRPr="00D55BA8" w:rsidRDefault="00000000">
            <w:pPr>
              <w:spacing w:after="40"/>
              <w:rPr>
                <w:lang w:val="ru-RU"/>
              </w:rPr>
            </w:pPr>
            <w:r w:rsidRPr="00D55BA8">
              <w:rPr>
                <w:b/>
                <w:color w:val="000000"/>
                <w:lang w:val="ru-RU"/>
              </w:rPr>
              <w:t xml:space="preserve">Выполняли ли вы </w:t>
            </w:r>
            <w:r>
              <w:rPr>
                <w:b/>
                <w:color w:val="000000"/>
              </w:rPr>
              <w:t>leading</w:t>
            </w:r>
            <w:r w:rsidRPr="00D55BA8">
              <w:rPr>
                <w:b/>
                <w:color w:val="000000"/>
                <w:lang w:val="ru-RU"/>
              </w:rPr>
              <w:t xml:space="preserve"> или </w:t>
            </w:r>
            <w:r>
              <w:rPr>
                <w:b/>
                <w:color w:val="000000"/>
              </w:rPr>
              <w:t>critical</w:t>
            </w:r>
            <w:r w:rsidRPr="00D55BA8">
              <w:rPr>
                <w:b/>
                <w:color w:val="000000"/>
                <w:lang w:val="ru-RU"/>
              </w:rPr>
              <w:t xml:space="preserve"> </w:t>
            </w:r>
            <w:r>
              <w:rPr>
                <w:b/>
                <w:color w:val="000000"/>
              </w:rPr>
              <w:t>role</w:t>
            </w:r>
            <w:r w:rsidRPr="00D55BA8">
              <w:rPr>
                <w:b/>
                <w:color w:val="000000"/>
                <w:lang w:val="ru-RU"/>
              </w:rPr>
              <w:t xml:space="preserve"> для организации, компании, учреждения, проекта или подразделения с </w:t>
            </w:r>
            <w:r>
              <w:rPr>
                <w:b/>
                <w:color w:val="000000"/>
              </w:rPr>
              <w:t>distinguished</w:t>
            </w:r>
            <w:r w:rsidRPr="00D55BA8">
              <w:rPr>
                <w:b/>
                <w:color w:val="000000"/>
                <w:lang w:val="ru-RU"/>
              </w:rPr>
              <w:t xml:space="preserve"> </w:t>
            </w:r>
            <w:r>
              <w:rPr>
                <w:b/>
                <w:color w:val="000000"/>
              </w:rPr>
              <w:t>reputation</w:t>
            </w:r>
            <w:r w:rsidRPr="00D55BA8">
              <w:rPr>
                <w:b/>
                <w:color w:val="000000"/>
                <w:lang w:val="ru-RU"/>
              </w:rPr>
              <w:t>?</w:t>
            </w:r>
          </w:p>
          <w:p w:rsidR="00E56751" w:rsidRPr="00D55BA8" w:rsidRDefault="00000000">
            <w:pPr>
              <w:spacing w:after="0"/>
              <w:rPr>
                <w:lang w:val="ru-RU"/>
              </w:rPr>
            </w:pPr>
            <w:r w:rsidRPr="00D55BA8">
              <w:rPr>
                <w:color w:val="000000"/>
                <w:sz w:val="19"/>
                <w:lang w:val="ru-RU"/>
              </w:rPr>
              <w:t>☐ Да     ☐ Нет     ☐ Не уверен / требуется анализ</w:t>
            </w:r>
          </w:p>
        </w:tc>
      </w:tr>
    </w:tbl>
    <w:p w:rsidR="00E56751" w:rsidRPr="00D55BA8" w:rsidRDefault="00000000">
      <w:pPr>
        <w:spacing w:after="80" w:line="259" w:lineRule="auto"/>
        <w:rPr>
          <w:lang w:val="ru-RU"/>
        </w:rPr>
      </w:pPr>
      <w:r w:rsidRPr="00D55BA8">
        <w:rPr>
          <w:i/>
          <w:color w:val="666666"/>
          <w:sz w:val="17"/>
          <w:lang w:val="ru-RU"/>
        </w:rPr>
        <w:t xml:space="preserve">Сильная должность помогает, но обычно недостаточна без доказательств </w:t>
      </w:r>
      <w:r>
        <w:rPr>
          <w:i/>
          <w:color w:val="666666"/>
          <w:sz w:val="17"/>
        </w:rPr>
        <w:t>distinguished</w:t>
      </w:r>
      <w:r w:rsidRPr="00D55BA8">
        <w:rPr>
          <w:i/>
          <w:color w:val="666666"/>
          <w:sz w:val="17"/>
          <w:lang w:val="ru-RU"/>
        </w:rPr>
        <w:t xml:space="preserve"> </w:t>
      </w:r>
      <w:r>
        <w:rPr>
          <w:i/>
          <w:color w:val="666666"/>
          <w:sz w:val="17"/>
        </w:rPr>
        <w:t>reputation</w:t>
      </w:r>
      <w:r w:rsidRPr="00D55BA8">
        <w:rPr>
          <w:i/>
          <w:color w:val="666666"/>
          <w:sz w:val="17"/>
          <w:lang w:val="ru-RU"/>
        </w:rPr>
        <w:t xml:space="preserve"> организации и конкретной важности вашей личной роли.</w:t>
      </w:r>
    </w:p>
    <w:p w:rsidR="00E56751" w:rsidRDefault="00000000">
      <w:pPr>
        <w:keepNext/>
        <w:spacing w:after="40" w:line="259" w:lineRule="auto"/>
      </w:pPr>
      <w:proofErr w:type="spellStart"/>
      <w:r>
        <w:rPr>
          <w:b/>
          <w:color w:val="244A70"/>
          <w:sz w:val="18"/>
        </w:rPr>
        <w:t>При</w:t>
      </w:r>
      <w:proofErr w:type="spellEnd"/>
      <w:r>
        <w:rPr>
          <w:b/>
          <w:color w:val="244A70"/>
          <w:sz w:val="18"/>
        </w:rPr>
        <w:t xml:space="preserve"> </w:t>
      </w:r>
      <w:proofErr w:type="spellStart"/>
      <w:r>
        <w:rPr>
          <w:b/>
          <w:color w:val="244A70"/>
          <w:sz w:val="18"/>
        </w:rPr>
        <w:t>положительном</w:t>
      </w:r>
      <w:proofErr w:type="spellEnd"/>
      <w:r>
        <w:rPr>
          <w:b/>
          <w:color w:val="244A70"/>
          <w:sz w:val="18"/>
        </w:rPr>
        <w:t xml:space="preserve"> </w:t>
      </w:r>
      <w:proofErr w:type="spellStart"/>
      <w:r>
        <w:rPr>
          <w:b/>
          <w:color w:val="244A70"/>
          <w:sz w:val="18"/>
        </w:rPr>
        <w:t>ответе</w:t>
      </w:r>
      <w:proofErr w:type="spellEnd"/>
      <w:r>
        <w:rPr>
          <w:b/>
          <w:color w:val="244A70"/>
          <w:sz w:val="18"/>
        </w:rPr>
        <w:t xml:space="preserve"> </w:t>
      </w:r>
      <w:proofErr w:type="spellStart"/>
      <w:r>
        <w:rPr>
          <w:b/>
          <w:color w:val="244A70"/>
          <w:sz w:val="18"/>
        </w:rPr>
        <w:t>укажите</w:t>
      </w:r>
      <w:proofErr w:type="spellEnd"/>
      <w:r>
        <w:rPr>
          <w:b/>
          <w:color w:val="244A70"/>
          <w:sz w:val="18"/>
        </w:rPr>
        <w:t>: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организация, должность/роль, даты и страна;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 xml:space="preserve">почему организация обладает </w:t>
      </w:r>
      <w:r>
        <w:rPr>
          <w:color w:val="000000"/>
          <w:sz w:val="18"/>
        </w:rPr>
        <w:t>distinguished</w:t>
      </w:r>
      <w:r w:rsidRPr="00D55BA8">
        <w:rPr>
          <w:color w:val="000000"/>
          <w:sz w:val="18"/>
          <w:lang w:val="ru-RU"/>
        </w:rPr>
        <w:t xml:space="preserve"> </w:t>
      </w:r>
      <w:r>
        <w:rPr>
          <w:color w:val="000000"/>
          <w:sz w:val="18"/>
        </w:rPr>
        <w:t>reputation</w:t>
      </w:r>
      <w:r w:rsidRPr="00D55BA8">
        <w:rPr>
          <w:color w:val="000000"/>
          <w:sz w:val="18"/>
          <w:lang w:val="ru-RU"/>
        </w:rPr>
        <w:t>: масштаб, выручка, известные клиенты, рейтинги, награды, инвестиции, аудитория, рынок;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 xml:space="preserve">чем ваша роль была </w:t>
      </w:r>
      <w:r>
        <w:rPr>
          <w:color w:val="000000"/>
          <w:sz w:val="18"/>
        </w:rPr>
        <w:t>leading</w:t>
      </w:r>
      <w:r w:rsidRPr="00D55BA8">
        <w:rPr>
          <w:color w:val="000000"/>
          <w:sz w:val="18"/>
          <w:lang w:val="ru-RU"/>
        </w:rPr>
        <w:t xml:space="preserve"> или </w:t>
      </w:r>
      <w:r>
        <w:rPr>
          <w:color w:val="000000"/>
          <w:sz w:val="18"/>
        </w:rPr>
        <w:t>critical</w:t>
      </w:r>
      <w:r w:rsidRPr="00D55BA8">
        <w:rPr>
          <w:color w:val="000000"/>
          <w:sz w:val="18"/>
          <w:lang w:val="ru-RU"/>
        </w:rPr>
        <w:t>, а не просто штатной;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какие решения, функции или направления зависели от вас;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объективные результаты вашей работы и последствия для организации;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организационная схема, должностные документы, отчеты, письма руководителей и независимые источники.</w:t>
      </w: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>Факты, даты, названия, цифры, ссылки и доступные доказательства: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p w:rsidR="00E56751" w:rsidRDefault="00000000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2"/>
      </w:tblGrid>
      <w:tr w:rsidR="00E56751" w:rsidRPr="00B276D0">
        <w:trPr>
          <w:cantSplit/>
          <w:jc w:val="center"/>
        </w:trPr>
        <w:tc>
          <w:tcPr>
            <w:tcW w:w="9922" w:type="dxa"/>
            <w:tcBorders>
              <w:top w:val="single" w:sz="10" w:space="0" w:color="17365D"/>
              <w:left w:val="single" w:sz="10" w:space="0" w:color="17365D"/>
              <w:bottom w:val="single" w:sz="10" w:space="0" w:color="17365D"/>
              <w:right w:val="single" w:sz="10" w:space="0" w:color="17365D"/>
            </w:tcBorders>
            <w:shd w:val="clear" w:color="auto" w:fill="EEF4F8"/>
          </w:tcPr>
          <w:p w:rsidR="00E56751" w:rsidRPr="00D55BA8" w:rsidRDefault="00000000">
            <w:pPr>
              <w:spacing w:after="20"/>
              <w:rPr>
                <w:lang w:val="ru-RU"/>
              </w:rPr>
            </w:pPr>
            <w:r w:rsidRPr="00D55BA8">
              <w:rPr>
                <w:b/>
                <w:color w:val="17365D"/>
                <w:sz w:val="24"/>
                <w:lang w:val="ru-RU"/>
              </w:rPr>
              <w:lastRenderedPageBreak/>
              <w:t>КРИТЕРИЙ 9. ВЫСОКАЯ ЗАРПЛАТА ИЛИ ИНОЕ СУЩЕСТВЕННО ВЫСОКОЕ ВОЗНАГРАЖДЕНИЕ</w:t>
            </w:r>
          </w:p>
          <w:p w:rsidR="00E56751" w:rsidRPr="00D55BA8" w:rsidRDefault="00000000">
            <w:pPr>
              <w:spacing w:after="40"/>
              <w:rPr>
                <w:lang w:val="ru-RU"/>
              </w:rPr>
            </w:pPr>
            <w:r w:rsidRPr="00D55BA8">
              <w:rPr>
                <w:b/>
                <w:color w:val="000000"/>
                <w:lang w:val="ru-RU"/>
              </w:rPr>
              <w:t>Получали ли вы зарплату, гонорары, бонусы или иное профессиональное вознаграждение, существенно превышающее уровень сопоставимых специалистов?</w:t>
            </w:r>
          </w:p>
          <w:p w:rsidR="00E56751" w:rsidRPr="00D55BA8" w:rsidRDefault="00000000">
            <w:pPr>
              <w:spacing w:after="0"/>
              <w:rPr>
                <w:lang w:val="ru-RU"/>
              </w:rPr>
            </w:pPr>
            <w:r w:rsidRPr="00D55BA8">
              <w:rPr>
                <w:color w:val="000000"/>
                <w:sz w:val="19"/>
                <w:lang w:val="ru-RU"/>
              </w:rPr>
              <w:t>☐ Да     ☐ Нет     ☐ Не уверен / требуется анализ</w:t>
            </w:r>
          </w:p>
        </w:tc>
      </w:tr>
    </w:tbl>
    <w:p w:rsidR="00E56751" w:rsidRPr="00D55BA8" w:rsidRDefault="00000000">
      <w:pPr>
        <w:spacing w:after="80" w:line="259" w:lineRule="auto"/>
        <w:rPr>
          <w:lang w:val="ru-RU"/>
        </w:rPr>
      </w:pPr>
      <w:r w:rsidRPr="00D55BA8">
        <w:rPr>
          <w:i/>
          <w:color w:val="666666"/>
          <w:sz w:val="17"/>
          <w:lang w:val="ru-RU"/>
        </w:rPr>
        <w:t xml:space="preserve">Ключевой вопрос — не абсолютная сумма, а сравнительно высокий уровень </w:t>
      </w:r>
      <w:r>
        <w:rPr>
          <w:i/>
          <w:color w:val="666666"/>
          <w:sz w:val="17"/>
        </w:rPr>
        <w:t>remuneration</w:t>
      </w:r>
      <w:r w:rsidRPr="00D55BA8">
        <w:rPr>
          <w:i/>
          <w:color w:val="666666"/>
          <w:sz w:val="17"/>
          <w:lang w:val="ru-RU"/>
        </w:rPr>
        <w:t xml:space="preserve"> по отношению к другим специалистам в релевантном рынке.</w:t>
      </w:r>
    </w:p>
    <w:p w:rsidR="00E56751" w:rsidRDefault="00000000">
      <w:pPr>
        <w:keepNext/>
        <w:spacing w:after="40" w:line="259" w:lineRule="auto"/>
      </w:pPr>
      <w:proofErr w:type="spellStart"/>
      <w:r>
        <w:rPr>
          <w:b/>
          <w:color w:val="244A70"/>
          <w:sz w:val="18"/>
        </w:rPr>
        <w:t>При</w:t>
      </w:r>
      <w:proofErr w:type="spellEnd"/>
      <w:r>
        <w:rPr>
          <w:b/>
          <w:color w:val="244A70"/>
          <w:sz w:val="18"/>
        </w:rPr>
        <w:t xml:space="preserve"> </w:t>
      </w:r>
      <w:proofErr w:type="spellStart"/>
      <w:r>
        <w:rPr>
          <w:b/>
          <w:color w:val="244A70"/>
          <w:sz w:val="18"/>
        </w:rPr>
        <w:t>положительном</w:t>
      </w:r>
      <w:proofErr w:type="spellEnd"/>
      <w:r>
        <w:rPr>
          <w:b/>
          <w:color w:val="244A70"/>
          <w:sz w:val="18"/>
        </w:rPr>
        <w:t xml:space="preserve"> </w:t>
      </w:r>
      <w:proofErr w:type="spellStart"/>
      <w:r>
        <w:rPr>
          <w:b/>
          <w:color w:val="244A70"/>
          <w:sz w:val="18"/>
        </w:rPr>
        <w:t>ответе</w:t>
      </w:r>
      <w:proofErr w:type="spellEnd"/>
      <w:r>
        <w:rPr>
          <w:b/>
          <w:color w:val="244A70"/>
          <w:sz w:val="18"/>
        </w:rPr>
        <w:t xml:space="preserve"> </w:t>
      </w:r>
      <w:proofErr w:type="spellStart"/>
      <w:r>
        <w:rPr>
          <w:b/>
          <w:color w:val="244A70"/>
          <w:sz w:val="18"/>
        </w:rPr>
        <w:t>укажите</w:t>
      </w:r>
      <w:proofErr w:type="spellEnd"/>
      <w:r>
        <w:rPr>
          <w:b/>
          <w:color w:val="244A70"/>
          <w:sz w:val="18"/>
        </w:rPr>
        <w:t>: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вид вознаграждения, сумма, валюта, период и страна;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 xml:space="preserve">фиксированная зарплата, бонусы, гонорары, </w:t>
      </w:r>
      <w:r>
        <w:rPr>
          <w:color w:val="000000"/>
          <w:sz w:val="18"/>
        </w:rPr>
        <w:t>consulting</w:t>
      </w:r>
      <w:r w:rsidRPr="00D55BA8">
        <w:rPr>
          <w:color w:val="000000"/>
          <w:sz w:val="18"/>
          <w:lang w:val="ru-RU"/>
        </w:rPr>
        <w:t xml:space="preserve"> </w:t>
      </w:r>
      <w:r>
        <w:rPr>
          <w:color w:val="000000"/>
          <w:sz w:val="18"/>
        </w:rPr>
        <w:t>fees</w:t>
      </w:r>
      <w:r w:rsidRPr="00D55BA8">
        <w:rPr>
          <w:color w:val="000000"/>
          <w:sz w:val="18"/>
          <w:lang w:val="ru-RU"/>
        </w:rPr>
        <w:t>, иные выплаты;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 xml:space="preserve">налоговые документы, </w:t>
      </w:r>
      <w:r>
        <w:rPr>
          <w:color w:val="000000"/>
          <w:sz w:val="18"/>
        </w:rPr>
        <w:t>payroll</w:t>
      </w:r>
      <w:r w:rsidRPr="00D55BA8">
        <w:rPr>
          <w:color w:val="000000"/>
          <w:sz w:val="18"/>
          <w:lang w:val="ru-RU"/>
        </w:rPr>
        <w:t>, контракты, банковские подтверждения;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сопоставимые рыночные данные по профессии, уровню, региону и соответствующему периоду;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 xml:space="preserve">источники </w:t>
      </w:r>
      <w:r>
        <w:rPr>
          <w:color w:val="000000"/>
          <w:sz w:val="18"/>
        </w:rPr>
        <w:t>benchmark</w:t>
      </w:r>
      <w:r w:rsidRPr="00D55BA8">
        <w:rPr>
          <w:color w:val="000000"/>
          <w:sz w:val="18"/>
          <w:lang w:val="ru-RU"/>
        </w:rPr>
        <w:t xml:space="preserve">: официальная статистика, </w:t>
      </w:r>
      <w:r>
        <w:rPr>
          <w:color w:val="000000"/>
          <w:sz w:val="18"/>
        </w:rPr>
        <w:t>salary</w:t>
      </w:r>
      <w:r w:rsidRPr="00D55BA8">
        <w:rPr>
          <w:color w:val="000000"/>
          <w:sz w:val="18"/>
          <w:lang w:val="ru-RU"/>
        </w:rPr>
        <w:t xml:space="preserve"> </w:t>
      </w:r>
      <w:r>
        <w:rPr>
          <w:color w:val="000000"/>
          <w:sz w:val="18"/>
        </w:rPr>
        <w:t>surveys</w:t>
      </w:r>
      <w:r w:rsidRPr="00D55BA8">
        <w:rPr>
          <w:color w:val="000000"/>
          <w:sz w:val="18"/>
          <w:lang w:val="ru-RU"/>
        </w:rPr>
        <w:t>, отраслевые исследования, вакансии сопоставимого уровня.</w:t>
      </w: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>Факты, даты, названия, цифры, ссылки и доступные доказательства: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2"/>
      </w:tblGrid>
      <w:tr w:rsidR="00E56751" w:rsidRPr="00B276D0">
        <w:trPr>
          <w:cantSplit/>
          <w:jc w:val="center"/>
        </w:trPr>
        <w:tc>
          <w:tcPr>
            <w:tcW w:w="9922" w:type="dxa"/>
            <w:tcBorders>
              <w:top w:val="single" w:sz="10" w:space="0" w:color="17365D"/>
              <w:left w:val="single" w:sz="10" w:space="0" w:color="17365D"/>
              <w:bottom w:val="single" w:sz="10" w:space="0" w:color="17365D"/>
              <w:right w:val="single" w:sz="10" w:space="0" w:color="17365D"/>
            </w:tcBorders>
            <w:shd w:val="clear" w:color="auto" w:fill="EEF4F8"/>
          </w:tcPr>
          <w:p w:rsidR="00E56751" w:rsidRPr="00D55BA8" w:rsidRDefault="00000000">
            <w:pPr>
              <w:spacing w:after="20"/>
              <w:rPr>
                <w:lang w:val="ru-RU"/>
              </w:rPr>
            </w:pPr>
            <w:r w:rsidRPr="00D55BA8">
              <w:rPr>
                <w:b/>
                <w:color w:val="17365D"/>
                <w:sz w:val="24"/>
                <w:lang w:val="ru-RU"/>
              </w:rPr>
              <w:t xml:space="preserve">КРИТЕРИЙ 10. КОММЕРЧЕСКИЙ УСПЕХ В </w:t>
            </w:r>
            <w:r>
              <w:rPr>
                <w:b/>
                <w:color w:val="17365D"/>
                <w:sz w:val="24"/>
              </w:rPr>
              <w:t>PERFORMING</w:t>
            </w:r>
            <w:r w:rsidRPr="00D55BA8">
              <w:rPr>
                <w:b/>
                <w:color w:val="17365D"/>
                <w:sz w:val="24"/>
                <w:lang w:val="ru-RU"/>
              </w:rPr>
              <w:t xml:space="preserve"> </w:t>
            </w:r>
            <w:r>
              <w:rPr>
                <w:b/>
                <w:color w:val="17365D"/>
                <w:sz w:val="24"/>
              </w:rPr>
              <w:t>ARTS</w:t>
            </w:r>
          </w:p>
          <w:p w:rsidR="00E56751" w:rsidRPr="00D55BA8" w:rsidRDefault="00000000">
            <w:pPr>
              <w:spacing w:after="40"/>
              <w:rPr>
                <w:lang w:val="ru-RU"/>
              </w:rPr>
            </w:pPr>
            <w:r w:rsidRPr="00D55BA8">
              <w:rPr>
                <w:b/>
                <w:color w:val="000000"/>
                <w:lang w:val="ru-RU"/>
              </w:rPr>
              <w:t xml:space="preserve">Если вы работаете в </w:t>
            </w:r>
            <w:r>
              <w:rPr>
                <w:b/>
                <w:color w:val="000000"/>
              </w:rPr>
              <w:t>performing</w:t>
            </w:r>
            <w:r w:rsidRPr="00D55BA8">
              <w:rPr>
                <w:b/>
                <w:color w:val="000000"/>
                <w:lang w:val="ru-RU"/>
              </w:rPr>
              <w:t xml:space="preserve"> </w:t>
            </w:r>
            <w:r>
              <w:rPr>
                <w:b/>
                <w:color w:val="000000"/>
              </w:rPr>
              <w:t>arts</w:t>
            </w:r>
            <w:r w:rsidRPr="00D55BA8">
              <w:rPr>
                <w:b/>
                <w:color w:val="000000"/>
                <w:lang w:val="ru-RU"/>
              </w:rPr>
              <w:t>: имели ли ваши проекты заметный коммерческий успех?</w:t>
            </w:r>
          </w:p>
          <w:p w:rsidR="00E56751" w:rsidRPr="00D55BA8" w:rsidRDefault="00000000">
            <w:pPr>
              <w:spacing w:after="0"/>
              <w:rPr>
                <w:lang w:val="ru-RU"/>
              </w:rPr>
            </w:pPr>
            <w:r w:rsidRPr="00D55BA8">
              <w:rPr>
                <w:color w:val="000000"/>
                <w:sz w:val="19"/>
                <w:lang w:val="ru-RU"/>
              </w:rPr>
              <w:t>☐ Да     ☐ Нет     ☐ Не уверен / требуется анализ</w:t>
            </w:r>
          </w:p>
        </w:tc>
      </w:tr>
    </w:tbl>
    <w:p w:rsidR="00E56751" w:rsidRPr="00D55BA8" w:rsidRDefault="00000000">
      <w:pPr>
        <w:spacing w:after="80" w:line="259" w:lineRule="auto"/>
        <w:rPr>
          <w:lang w:val="ru-RU"/>
        </w:rPr>
      </w:pPr>
      <w:r w:rsidRPr="00D55BA8">
        <w:rPr>
          <w:i/>
          <w:color w:val="666666"/>
          <w:sz w:val="17"/>
          <w:lang w:val="ru-RU"/>
        </w:rPr>
        <w:t xml:space="preserve">Этот критерий специфичен для </w:t>
      </w:r>
      <w:r>
        <w:rPr>
          <w:i/>
          <w:color w:val="666666"/>
          <w:sz w:val="17"/>
        </w:rPr>
        <w:t>performing</w:t>
      </w:r>
      <w:r w:rsidRPr="00D55BA8">
        <w:rPr>
          <w:i/>
          <w:color w:val="666666"/>
          <w:sz w:val="17"/>
          <w:lang w:val="ru-RU"/>
        </w:rPr>
        <w:t xml:space="preserve"> </w:t>
      </w:r>
      <w:r>
        <w:rPr>
          <w:i/>
          <w:color w:val="666666"/>
          <w:sz w:val="17"/>
        </w:rPr>
        <w:t>arts</w:t>
      </w:r>
      <w:r w:rsidRPr="00D55BA8">
        <w:rPr>
          <w:i/>
          <w:color w:val="666666"/>
          <w:sz w:val="17"/>
          <w:lang w:val="ru-RU"/>
        </w:rPr>
        <w:t>. Для других профессий он обычно не применяется напрямую.</w:t>
      </w:r>
    </w:p>
    <w:p w:rsidR="00E56751" w:rsidRDefault="00000000">
      <w:pPr>
        <w:keepNext/>
        <w:spacing w:after="40" w:line="259" w:lineRule="auto"/>
      </w:pPr>
      <w:proofErr w:type="spellStart"/>
      <w:r>
        <w:rPr>
          <w:b/>
          <w:color w:val="244A70"/>
          <w:sz w:val="18"/>
        </w:rPr>
        <w:t>При</w:t>
      </w:r>
      <w:proofErr w:type="spellEnd"/>
      <w:r>
        <w:rPr>
          <w:b/>
          <w:color w:val="244A70"/>
          <w:sz w:val="18"/>
        </w:rPr>
        <w:t xml:space="preserve"> </w:t>
      </w:r>
      <w:proofErr w:type="spellStart"/>
      <w:r>
        <w:rPr>
          <w:b/>
          <w:color w:val="244A70"/>
          <w:sz w:val="18"/>
        </w:rPr>
        <w:t>положительном</w:t>
      </w:r>
      <w:proofErr w:type="spellEnd"/>
      <w:r>
        <w:rPr>
          <w:b/>
          <w:color w:val="244A70"/>
          <w:sz w:val="18"/>
        </w:rPr>
        <w:t xml:space="preserve"> </w:t>
      </w:r>
      <w:proofErr w:type="spellStart"/>
      <w:r>
        <w:rPr>
          <w:b/>
          <w:color w:val="244A70"/>
          <w:sz w:val="18"/>
        </w:rPr>
        <w:t>ответе</w:t>
      </w:r>
      <w:proofErr w:type="spellEnd"/>
      <w:r>
        <w:rPr>
          <w:b/>
          <w:color w:val="244A70"/>
          <w:sz w:val="18"/>
        </w:rPr>
        <w:t xml:space="preserve"> </w:t>
      </w:r>
      <w:proofErr w:type="spellStart"/>
      <w:r>
        <w:rPr>
          <w:b/>
          <w:color w:val="244A70"/>
          <w:sz w:val="18"/>
        </w:rPr>
        <w:t>укажите</w:t>
      </w:r>
      <w:proofErr w:type="spellEnd"/>
      <w:r>
        <w:rPr>
          <w:b/>
          <w:color w:val="244A70"/>
          <w:sz w:val="18"/>
        </w:rPr>
        <w:t>: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проект/произведение, ваша роль и период;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>
        <w:rPr>
          <w:color w:val="000000"/>
          <w:sz w:val="18"/>
        </w:rPr>
        <w:t>box</w:t>
      </w:r>
      <w:r w:rsidRPr="00D55BA8">
        <w:rPr>
          <w:color w:val="000000"/>
          <w:sz w:val="18"/>
          <w:lang w:val="ru-RU"/>
        </w:rPr>
        <w:t xml:space="preserve"> </w:t>
      </w:r>
      <w:r>
        <w:rPr>
          <w:color w:val="000000"/>
          <w:sz w:val="18"/>
        </w:rPr>
        <w:t>office</w:t>
      </w:r>
      <w:r w:rsidRPr="00D55BA8">
        <w:rPr>
          <w:color w:val="000000"/>
          <w:sz w:val="18"/>
          <w:lang w:val="ru-RU"/>
        </w:rPr>
        <w:t xml:space="preserve">, билеты, продажи записей/видео, </w:t>
      </w:r>
      <w:r>
        <w:rPr>
          <w:color w:val="000000"/>
          <w:sz w:val="18"/>
        </w:rPr>
        <w:t>streaming</w:t>
      </w:r>
      <w:r w:rsidRPr="00D55BA8">
        <w:rPr>
          <w:color w:val="000000"/>
          <w:sz w:val="18"/>
          <w:lang w:val="ru-RU"/>
        </w:rPr>
        <w:t>, платные просмотры или иные коммерческие показатели;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официальные отчеты, отраслевые базы, дистрибьюторы, платформы, чарты, финансовые документы;</w:t>
      </w:r>
    </w:p>
    <w:p w:rsidR="00E56751" w:rsidRPr="00D55BA8" w:rsidRDefault="00000000">
      <w:pPr>
        <w:pStyle w:val="ListBullet"/>
        <w:spacing w:after="30"/>
        <w:ind w:left="312" w:hanging="142"/>
        <w:rPr>
          <w:lang w:val="ru-RU"/>
        </w:rPr>
      </w:pPr>
      <w:r w:rsidRPr="00D55BA8">
        <w:rPr>
          <w:color w:val="000000"/>
          <w:sz w:val="18"/>
          <w:lang w:val="ru-RU"/>
        </w:rPr>
        <w:t>сопоставление с аналогичными проектами и масштаб рынка.</w:t>
      </w: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>Факты, даты, названия, цифры, ссылки и доступные доказательства: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p w:rsidR="00E56751" w:rsidRDefault="00000000">
      <w:r>
        <w:br w:type="page"/>
      </w:r>
    </w:p>
    <w:p w:rsidR="00E56751" w:rsidRDefault="00000000">
      <w:pPr>
        <w:keepNext/>
        <w:pBdr>
          <w:bottom w:val="single" w:sz="16" w:space="1" w:color="17365D"/>
        </w:pBdr>
        <w:spacing w:before="80" w:after="160"/>
      </w:pPr>
      <w:r>
        <w:rPr>
          <w:b/>
          <w:color w:val="17365D"/>
          <w:sz w:val="32"/>
        </w:rPr>
        <w:lastRenderedPageBreak/>
        <w:t>5. Comparable evidence и дополнительные доказательства</w:t>
      </w:r>
    </w:p>
    <w:p w:rsidR="00E56751" w:rsidRPr="00D55BA8" w:rsidRDefault="00000000">
      <w:pPr>
        <w:keepNext/>
        <w:spacing w:after="160" w:line="259" w:lineRule="auto"/>
        <w:rPr>
          <w:lang w:val="ru-RU"/>
        </w:rPr>
      </w:pPr>
      <w:r w:rsidRPr="00D55BA8">
        <w:rPr>
          <w:i/>
          <w:color w:val="666666"/>
          <w:sz w:val="19"/>
          <w:lang w:val="ru-RU"/>
        </w:rPr>
        <w:t>Для профессий, к которым некоторые из 10 стандартов не применяются естественным образом.</w:t>
      </w: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 xml:space="preserve">Есть ли особенности вашей профессии, из-за которых один или несколько стандартных критериев </w:t>
      </w:r>
      <w:r>
        <w:rPr>
          <w:b/>
          <w:color w:val="000000"/>
          <w:sz w:val="21"/>
        </w:rPr>
        <w:t>EB</w:t>
      </w:r>
      <w:r w:rsidRPr="00D55BA8">
        <w:rPr>
          <w:b/>
          <w:color w:val="000000"/>
          <w:sz w:val="21"/>
          <w:lang w:val="ru-RU"/>
        </w:rPr>
        <w:t>-1</w:t>
      </w:r>
      <w:r>
        <w:rPr>
          <w:b/>
          <w:color w:val="000000"/>
          <w:sz w:val="21"/>
        </w:rPr>
        <w:t>A</w:t>
      </w:r>
      <w:r w:rsidRPr="00D55BA8">
        <w:rPr>
          <w:b/>
          <w:color w:val="000000"/>
          <w:sz w:val="21"/>
          <w:lang w:val="ru-RU"/>
        </w:rPr>
        <w:t xml:space="preserve"> к ней «не подходят»?</w:t>
      </w:r>
    </w:p>
    <w:p w:rsidR="00E56751" w:rsidRPr="00D55BA8" w:rsidRDefault="00000000">
      <w:pPr>
        <w:keepNext/>
        <w:spacing w:after="60" w:line="259" w:lineRule="auto"/>
        <w:rPr>
          <w:lang w:val="ru-RU"/>
        </w:rPr>
      </w:pPr>
      <w:r w:rsidRPr="00D55BA8">
        <w:rPr>
          <w:i/>
          <w:color w:val="666666"/>
          <w:sz w:val="18"/>
          <w:lang w:val="ru-RU"/>
        </w:rPr>
        <w:t>Объясните, какие именно критерии не отражают способ признания достижений в вашей профессии и почему.</w:t>
      </w:r>
    </w:p>
    <w:p w:rsidR="00E56751" w:rsidRPr="00D55BA8" w:rsidRDefault="00000000">
      <w:pPr>
        <w:keepNext/>
        <w:spacing w:after="80" w:line="259" w:lineRule="auto"/>
        <w:rPr>
          <w:lang w:val="ru-RU"/>
        </w:rPr>
      </w:pPr>
      <w:r w:rsidRPr="00D55BA8">
        <w:rPr>
          <w:color w:val="000000"/>
          <w:sz w:val="19"/>
          <w:lang w:val="ru-RU"/>
        </w:rPr>
        <w:t>☐ Да     ☐ Нет     ☐ Не уверен / требуется уточнение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>Какие альтернативные доказательства могут быть сопоставимы по смыслу и доказательной силе?</w:t>
      </w:r>
    </w:p>
    <w:p w:rsidR="00E56751" w:rsidRDefault="00000000">
      <w:pPr>
        <w:keepNext/>
        <w:spacing w:after="60" w:line="259" w:lineRule="auto"/>
      </w:pPr>
      <w:r w:rsidRPr="00D55BA8">
        <w:rPr>
          <w:i/>
          <w:color w:val="666666"/>
          <w:sz w:val="18"/>
          <w:lang w:val="ru-RU"/>
        </w:rPr>
        <w:t xml:space="preserve">Опишите каждое доказательство и какой регуляторный критерий оно по сути заменяет/отражает. </w:t>
      </w:r>
      <w:proofErr w:type="spellStart"/>
      <w:r>
        <w:rPr>
          <w:i/>
          <w:color w:val="666666"/>
          <w:sz w:val="18"/>
        </w:rPr>
        <w:t>Не</w:t>
      </w:r>
      <w:proofErr w:type="spellEnd"/>
      <w:r>
        <w:rPr>
          <w:i/>
          <w:color w:val="666666"/>
          <w:sz w:val="18"/>
        </w:rPr>
        <w:t xml:space="preserve"> </w:t>
      </w:r>
      <w:proofErr w:type="spellStart"/>
      <w:r>
        <w:rPr>
          <w:i/>
          <w:color w:val="666666"/>
          <w:sz w:val="18"/>
        </w:rPr>
        <w:t>просто</w:t>
      </w:r>
      <w:proofErr w:type="spellEnd"/>
      <w:r>
        <w:rPr>
          <w:i/>
          <w:color w:val="666666"/>
          <w:sz w:val="18"/>
        </w:rPr>
        <w:t xml:space="preserve"> </w:t>
      </w:r>
      <w:proofErr w:type="spellStart"/>
      <w:r>
        <w:rPr>
          <w:i/>
          <w:color w:val="666666"/>
          <w:sz w:val="18"/>
        </w:rPr>
        <w:t>перечисляйте</w:t>
      </w:r>
      <w:proofErr w:type="spellEnd"/>
      <w:r>
        <w:rPr>
          <w:i/>
          <w:color w:val="666666"/>
          <w:sz w:val="18"/>
        </w:rPr>
        <w:t xml:space="preserve"> </w:t>
      </w:r>
      <w:proofErr w:type="spellStart"/>
      <w:r>
        <w:rPr>
          <w:i/>
          <w:color w:val="666666"/>
          <w:sz w:val="18"/>
        </w:rPr>
        <w:t>дополнительные</w:t>
      </w:r>
      <w:proofErr w:type="spellEnd"/>
      <w:r>
        <w:rPr>
          <w:i/>
          <w:color w:val="666666"/>
          <w:sz w:val="18"/>
        </w:rPr>
        <w:t xml:space="preserve"> достижения.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r>
              <w:rPr>
                <w:i/>
                <w:color w:val="888888"/>
                <w:sz w:val="18"/>
              </w:rPr>
              <w:t xml:space="preserve">Ответ: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2"/>
      </w:tblGrid>
      <w:tr w:rsidR="00E56751" w:rsidRPr="00B276D0">
        <w:trPr>
          <w:cantSplit/>
          <w:jc w:val="center"/>
        </w:trPr>
        <w:tc>
          <w:tcPr>
            <w:tcW w:w="9922" w:type="dxa"/>
            <w:tcBorders>
              <w:top w:val="single" w:sz="8" w:space="0" w:color="17365D"/>
              <w:left w:val="single" w:sz="16" w:space="0" w:color="17365D"/>
              <w:bottom w:val="single" w:sz="8" w:space="0" w:color="17365D"/>
              <w:right w:val="single" w:sz="8" w:space="0" w:color="17365D"/>
            </w:tcBorders>
            <w:shd w:val="clear" w:color="auto" w:fill="EEF4F8"/>
          </w:tcPr>
          <w:p w:rsidR="00E56751" w:rsidRPr="00D55BA8" w:rsidRDefault="00000000">
            <w:pPr>
              <w:spacing w:after="40"/>
              <w:rPr>
                <w:lang w:val="ru-RU"/>
              </w:rPr>
            </w:pPr>
            <w:r w:rsidRPr="00D55BA8">
              <w:rPr>
                <w:b/>
                <w:color w:val="17365D"/>
                <w:lang w:val="ru-RU"/>
              </w:rPr>
              <w:t xml:space="preserve">Важно о </w:t>
            </w:r>
            <w:r>
              <w:rPr>
                <w:b/>
                <w:color w:val="17365D"/>
              </w:rPr>
              <w:t>comparable</w:t>
            </w:r>
            <w:r w:rsidRPr="00D55BA8">
              <w:rPr>
                <w:b/>
                <w:color w:val="17365D"/>
                <w:lang w:val="ru-RU"/>
              </w:rPr>
              <w:t xml:space="preserve"> </w:t>
            </w:r>
            <w:r>
              <w:rPr>
                <w:b/>
                <w:color w:val="17365D"/>
              </w:rPr>
              <w:t>evidence</w:t>
            </w:r>
          </w:p>
          <w:p w:rsidR="00E56751" w:rsidRPr="00D55BA8" w:rsidRDefault="00000000">
            <w:pPr>
              <w:spacing w:after="0" w:line="254" w:lineRule="auto"/>
              <w:rPr>
                <w:lang w:val="ru-RU"/>
              </w:rPr>
            </w:pPr>
            <w:r>
              <w:rPr>
                <w:color w:val="000000"/>
                <w:sz w:val="18"/>
              </w:rPr>
              <w:t>Comparable</w:t>
            </w:r>
            <w:r w:rsidRPr="00D55BA8">
              <w:rPr>
                <w:color w:val="000000"/>
                <w:sz w:val="18"/>
                <w:lang w:val="ru-RU"/>
              </w:rPr>
              <w:t xml:space="preserve"> </w:t>
            </w:r>
            <w:r>
              <w:rPr>
                <w:color w:val="000000"/>
                <w:sz w:val="18"/>
              </w:rPr>
              <w:t>evidence</w:t>
            </w:r>
            <w:r w:rsidRPr="00D55BA8">
              <w:rPr>
                <w:color w:val="000000"/>
                <w:sz w:val="18"/>
                <w:lang w:val="ru-RU"/>
              </w:rPr>
              <w:t xml:space="preserve"> не является «11-м критерием» и не означает, что любые сильные факты автоматически заменяют стандартные критерии. Обычно требуется объяснить, почему конкретный критерий не </w:t>
            </w:r>
            <w:r>
              <w:rPr>
                <w:color w:val="000000"/>
                <w:sz w:val="18"/>
              </w:rPr>
              <w:t>readily</w:t>
            </w:r>
            <w:r w:rsidRPr="00D55BA8">
              <w:rPr>
                <w:color w:val="000000"/>
                <w:sz w:val="18"/>
                <w:lang w:val="ru-RU"/>
              </w:rPr>
              <w:t xml:space="preserve"> </w:t>
            </w:r>
            <w:r>
              <w:rPr>
                <w:color w:val="000000"/>
                <w:sz w:val="18"/>
              </w:rPr>
              <w:t>apply</w:t>
            </w:r>
            <w:r w:rsidRPr="00D55BA8">
              <w:rPr>
                <w:color w:val="000000"/>
                <w:sz w:val="18"/>
                <w:lang w:val="ru-RU"/>
              </w:rPr>
              <w:t xml:space="preserve"> к профессии и почему предложенное доказательство действительно сопоставимо по назначению.</w:t>
            </w:r>
          </w:p>
        </w:tc>
      </w:tr>
    </w:tbl>
    <w:p w:rsidR="00E56751" w:rsidRPr="00D55BA8" w:rsidRDefault="00E56751">
      <w:pPr>
        <w:spacing w:after="40"/>
        <w:rPr>
          <w:lang w:val="ru-RU"/>
        </w:rPr>
      </w:pPr>
    </w:p>
    <w:p w:rsidR="00E56751" w:rsidRPr="00D55BA8" w:rsidRDefault="00000000">
      <w:pPr>
        <w:keepNext/>
        <w:spacing w:before="160" w:after="80"/>
        <w:rPr>
          <w:lang w:val="ru-RU"/>
        </w:rPr>
      </w:pPr>
      <w:r w:rsidRPr="00D55BA8">
        <w:rPr>
          <w:b/>
          <w:color w:val="244A70"/>
          <w:sz w:val="23"/>
          <w:lang w:val="ru-RU"/>
        </w:rPr>
        <w:t>Дополнительные факты, которые могут усиливать профиль или отдельные критерии</w:t>
      </w:r>
    </w:p>
    <w:p w:rsidR="00E56751" w:rsidRPr="00D55BA8" w:rsidRDefault="00000000">
      <w:pPr>
        <w:spacing w:after="40"/>
        <w:ind w:left="113"/>
        <w:rPr>
          <w:lang w:val="ru-RU"/>
        </w:rPr>
      </w:pPr>
      <w:r w:rsidRPr="00D55BA8">
        <w:rPr>
          <w:color w:val="000000"/>
          <w:sz w:val="19"/>
          <w:lang w:val="ru-RU"/>
        </w:rPr>
        <w:t>☐ Патенты, зарегистрированные технологии, авторские права, лицензирование или иная интеллектуальная собственность.</w:t>
      </w:r>
    </w:p>
    <w:p w:rsidR="00E56751" w:rsidRPr="00D55BA8" w:rsidRDefault="00000000">
      <w:pPr>
        <w:spacing w:after="40"/>
        <w:ind w:left="113"/>
        <w:rPr>
          <w:lang w:val="ru-RU"/>
        </w:rPr>
      </w:pPr>
      <w:r w:rsidRPr="00D55BA8">
        <w:rPr>
          <w:color w:val="000000"/>
          <w:sz w:val="19"/>
          <w:lang w:val="ru-RU"/>
        </w:rPr>
        <w:t xml:space="preserve">☐ Инвестиции, венчурное финансирование, </w:t>
      </w:r>
      <w:r>
        <w:rPr>
          <w:color w:val="000000"/>
          <w:sz w:val="19"/>
        </w:rPr>
        <w:t>valuation</w:t>
      </w:r>
      <w:r w:rsidRPr="00D55BA8">
        <w:rPr>
          <w:color w:val="000000"/>
          <w:sz w:val="19"/>
          <w:lang w:val="ru-RU"/>
        </w:rPr>
        <w:t xml:space="preserve">, успешный </w:t>
      </w:r>
      <w:r>
        <w:rPr>
          <w:color w:val="000000"/>
          <w:sz w:val="19"/>
        </w:rPr>
        <w:t>exit</w:t>
      </w:r>
      <w:r w:rsidRPr="00D55BA8">
        <w:rPr>
          <w:color w:val="000000"/>
          <w:sz w:val="19"/>
          <w:lang w:val="ru-RU"/>
        </w:rPr>
        <w:t>, продажа бизнеса, существенная выручка.</w:t>
      </w:r>
    </w:p>
    <w:p w:rsidR="00E56751" w:rsidRPr="00D55BA8" w:rsidRDefault="00000000">
      <w:pPr>
        <w:spacing w:after="40"/>
        <w:ind w:left="113"/>
        <w:rPr>
          <w:lang w:val="ru-RU"/>
        </w:rPr>
      </w:pPr>
      <w:r w:rsidRPr="00D55BA8">
        <w:rPr>
          <w:color w:val="000000"/>
          <w:sz w:val="19"/>
          <w:lang w:val="ru-RU"/>
        </w:rPr>
        <w:t xml:space="preserve">☐ Приглашенные выступления, </w:t>
      </w:r>
      <w:r>
        <w:rPr>
          <w:color w:val="000000"/>
          <w:sz w:val="19"/>
        </w:rPr>
        <w:t>keynote</w:t>
      </w:r>
      <w:r w:rsidRPr="00D55BA8">
        <w:rPr>
          <w:color w:val="000000"/>
          <w:sz w:val="19"/>
          <w:lang w:val="ru-RU"/>
        </w:rPr>
        <w:t>, панели, конференции, профессиональные лекции.</w:t>
      </w:r>
    </w:p>
    <w:p w:rsidR="00E56751" w:rsidRPr="00D55BA8" w:rsidRDefault="00000000">
      <w:pPr>
        <w:spacing w:after="40"/>
        <w:ind w:left="113"/>
        <w:rPr>
          <w:lang w:val="ru-RU"/>
        </w:rPr>
      </w:pPr>
      <w:r w:rsidRPr="00D55BA8">
        <w:rPr>
          <w:color w:val="000000"/>
          <w:sz w:val="19"/>
          <w:lang w:val="ru-RU"/>
        </w:rPr>
        <w:t xml:space="preserve">☐ Преподавание, менторство, экспертные советы, </w:t>
      </w:r>
      <w:r>
        <w:rPr>
          <w:color w:val="000000"/>
          <w:sz w:val="19"/>
        </w:rPr>
        <w:t>advisory</w:t>
      </w:r>
      <w:r w:rsidRPr="00D55BA8">
        <w:rPr>
          <w:color w:val="000000"/>
          <w:sz w:val="19"/>
          <w:lang w:val="ru-RU"/>
        </w:rPr>
        <w:t xml:space="preserve"> </w:t>
      </w:r>
      <w:r>
        <w:rPr>
          <w:color w:val="000000"/>
          <w:sz w:val="19"/>
        </w:rPr>
        <w:t>boards</w:t>
      </w:r>
      <w:r w:rsidRPr="00D55BA8">
        <w:rPr>
          <w:color w:val="000000"/>
          <w:sz w:val="19"/>
          <w:lang w:val="ru-RU"/>
        </w:rPr>
        <w:t>.</w:t>
      </w:r>
    </w:p>
    <w:p w:rsidR="00E56751" w:rsidRPr="00D55BA8" w:rsidRDefault="00000000">
      <w:pPr>
        <w:spacing w:after="40"/>
        <w:ind w:left="113"/>
        <w:rPr>
          <w:lang w:val="ru-RU"/>
        </w:rPr>
      </w:pPr>
      <w:r w:rsidRPr="00D55BA8">
        <w:rPr>
          <w:color w:val="000000"/>
          <w:sz w:val="19"/>
          <w:lang w:val="ru-RU"/>
        </w:rPr>
        <w:t xml:space="preserve">☐ Цитирования, стандарты, технические спецификации, </w:t>
      </w:r>
      <w:r>
        <w:rPr>
          <w:color w:val="000000"/>
          <w:sz w:val="19"/>
        </w:rPr>
        <w:t>open</w:t>
      </w:r>
      <w:r w:rsidRPr="00D55BA8">
        <w:rPr>
          <w:color w:val="000000"/>
          <w:sz w:val="19"/>
          <w:lang w:val="ru-RU"/>
        </w:rPr>
        <w:t>-</w:t>
      </w:r>
      <w:r>
        <w:rPr>
          <w:color w:val="000000"/>
          <w:sz w:val="19"/>
        </w:rPr>
        <w:t>source</w:t>
      </w:r>
      <w:r w:rsidRPr="00D55BA8">
        <w:rPr>
          <w:color w:val="000000"/>
          <w:sz w:val="19"/>
          <w:lang w:val="ru-RU"/>
        </w:rPr>
        <w:t xml:space="preserve"> </w:t>
      </w:r>
      <w:r>
        <w:rPr>
          <w:color w:val="000000"/>
          <w:sz w:val="19"/>
        </w:rPr>
        <w:t>adoption</w:t>
      </w:r>
      <w:r w:rsidRPr="00D55BA8">
        <w:rPr>
          <w:color w:val="000000"/>
          <w:sz w:val="19"/>
          <w:lang w:val="ru-RU"/>
        </w:rPr>
        <w:t>, профессиональное внедрение.</w:t>
      </w:r>
    </w:p>
    <w:p w:rsidR="00E56751" w:rsidRPr="00D55BA8" w:rsidRDefault="00000000">
      <w:pPr>
        <w:spacing w:after="40"/>
        <w:ind w:left="113"/>
        <w:rPr>
          <w:lang w:val="ru-RU"/>
        </w:rPr>
      </w:pPr>
      <w:r w:rsidRPr="00D55BA8">
        <w:rPr>
          <w:color w:val="000000"/>
          <w:sz w:val="19"/>
          <w:lang w:val="ru-RU"/>
        </w:rPr>
        <w:t xml:space="preserve">☐ Крупные клиенты, партнерства, контракты, </w:t>
      </w:r>
      <w:r>
        <w:rPr>
          <w:color w:val="000000"/>
          <w:sz w:val="19"/>
        </w:rPr>
        <w:t>government</w:t>
      </w:r>
      <w:r w:rsidRPr="00D55BA8">
        <w:rPr>
          <w:color w:val="000000"/>
          <w:sz w:val="19"/>
          <w:lang w:val="ru-RU"/>
        </w:rPr>
        <w:t>/</w:t>
      </w:r>
      <w:r>
        <w:rPr>
          <w:color w:val="000000"/>
          <w:sz w:val="19"/>
        </w:rPr>
        <w:t>industry</w:t>
      </w:r>
      <w:r w:rsidRPr="00D55BA8">
        <w:rPr>
          <w:color w:val="000000"/>
          <w:sz w:val="19"/>
          <w:lang w:val="ru-RU"/>
        </w:rPr>
        <w:t xml:space="preserve"> </w:t>
      </w:r>
      <w:r>
        <w:rPr>
          <w:color w:val="000000"/>
          <w:sz w:val="19"/>
        </w:rPr>
        <w:t>adoption</w:t>
      </w:r>
      <w:r w:rsidRPr="00D55BA8">
        <w:rPr>
          <w:color w:val="000000"/>
          <w:sz w:val="19"/>
          <w:lang w:val="ru-RU"/>
        </w:rPr>
        <w:t>.</w:t>
      </w:r>
    </w:p>
    <w:p w:rsidR="00E56751" w:rsidRPr="00D55BA8" w:rsidRDefault="00000000">
      <w:pPr>
        <w:spacing w:after="40"/>
        <w:ind w:left="113"/>
        <w:rPr>
          <w:lang w:val="ru-RU"/>
        </w:rPr>
      </w:pPr>
      <w:r w:rsidRPr="00D55BA8">
        <w:rPr>
          <w:color w:val="000000"/>
          <w:sz w:val="19"/>
          <w:lang w:val="ru-RU"/>
        </w:rPr>
        <w:t xml:space="preserve">☐ Профессиональные рейтинги, списки, селективные программы, </w:t>
      </w:r>
      <w:r>
        <w:rPr>
          <w:color w:val="000000"/>
          <w:sz w:val="19"/>
        </w:rPr>
        <w:t>fellowship</w:t>
      </w:r>
      <w:r w:rsidRPr="00D55BA8">
        <w:rPr>
          <w:color w:val="000000"/>
          <w:sz w:val="19"/>
          <w:lang w:val="ru-RU"/>
        </w:rPr>
        <w:t xml:space="preserve">, </w:t>
      </w:r>
      <w:r>
        <w:rPr>
          <w:color w:val="000000"/>
          <w:sz w:val="19"/>
        </w:rPr>
        <w:t>accelerator</w:t>
      </w:r>
      <w:r w:rsidRPr="00D55BA8">
        <w:rPr>
          <w:color w:val="000000"/>
          <w:sz w:val="19"/>
          <w:lang w:val="ru-RU"/>
        </w:rPr>
        <w:t>/</w:t>
      </w:r>
      <w:r>
        <w:rPr>
          <w:color w:val="000000"/>
          <w:sz w:val="19"/>
        </w:rPr>
        <w:t>competition</w:t>
      </w:r>
      <w:r w:rsidRPr="00D55BA8">
        <w:rPr>
          <w:color w:val="000000"/>
          <w:sz w:val="19"/>
          <w:lang w:val="ru-RU"/>
        </w:rPr>
        <w:t xml:space="preserve"> </w:t>
      </w:r>
      <w:r>
        <w:rPr>
          <w:color w:val="000000"/>
          <w:sz w:val="19"/>
        </w:rPr>
        <w:t>selection</w:t>
      </w:r>
      <w:r w:rsidRPr="00D55BA8">
        <w:rPr>
          <w:color w:val="000000"/>
          <w:sz w:val="19"/>
          <w:lang w:val="ru-RU"/>
        </w:rPr>
        <w:t>.</w:t>
      </w:r>
    </w:p>
    <w:p w:rsidR="00E56751" w:rsidRPr="00D55BA8" w:rsidRDefault="00000000">
      <w:pPr>
        <w:spacing w:after="40"/>
        <w:ind w:left="113"/>
        <w:rPr>
          <w:lang w:val="ru-RU"/>
        </w:rPr>
      </w:pPr>
      <w:r w:rsidRPr="00D55BA8">
        <w:rPr>
          <w:color w:val="000000"/>
          <w:sz w:val="19"/>
          <w:lang w:val="ru-RU"/>
        </w:rPr>
        <w:t>☐ Иные независимые формы признания, которые трудно отнести к одному из 10 критериев.</w:t>
      </w: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>Опишите наиболее сильные дополнительные доказательства: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p w:rsidR="00E56751" w:rsidRPr="00D55BA8" w:rsidRDefault="00000000">
      <w:pPr>
        <w:keepNext/>
        <w:pBdr>
          <w:bottom w:val="single" w:sz="16" w:space="1" w:color="17365D"/>
        </w:pBdr>
        <w:spacing w:before="80" w:after="160"/>
        <w:rPr>
          <w:lang w:val="ru-RU"/>
        </w:rPr>
      </w:pPr>
      <w:r w:rsidRPr="00D55BA8">
        <w:rPr>
          <w:b/>
          <w:color w:val="17365D"/>
          <w:sz w:val="32"/>
          <w:lang w:val="ru-RU"/>
        </w:rPr>
        <w:lastRenderedPageBreak/>
        <w:t>6. Устойчивое признание и общая сила профиля</w:t>
      </w:r>
    </w:p>
    <w:p w:rsidR="00E56751" w:rsidRPr="00D55BA8" w:rsidRDefault="00000000">
      <w:pPr>
        <w:keepNext/>
        <w:spacing w:after="160" w:line="259" w:lineRule="auto"/>
        <w:rPr>
          <w:lang w:val="ru-RU"/>
        </w:rPr>
      </w:pPr>
      <w:r w:rsidRPr="00D55BA8">
        <w:rPr>
          <w:i/>
          <w:color w:val="666666"/>
          <w:sz w:val="19"/>
          <w:lang w:val="ru-RU"/>
        </w:rPr>
        <w:t xml:space="preserve">Этот блок нужен для оценки общей картины: </w:t>
      </w:r>
      <w:r>
        <w:rPr>
          <w:i/>
          <w:color w:val="666666"/>
          <w:sz w:val="19"/>
        </w:rPr>
        <w:t>sustained</w:t>
      </w:r>
      <w:r w:rsidRPr="00D55BA8">
        <w:rPr>
          <w:i/>
          <w:color w:val="666666"/>
          <w:sz w:val="19"/>
          <w:lang w:val="ru-RU"/>
        </w:rPr>
        <w:t xml:space="preserve"> </w:t>
      </w:r>
      <w:r>
        <w:rPr>
          <w:i/>
          <w:color w:val="666666"/>
          <w:sz w:val="19"/>
        </w:rPr>
        <w:t>acclaim</w:t>
      </w:r>
      <w:r w:rsidRPr="00D55BA8">
        <w:rPr>
          <w:i/>
          <w:color w:val="666666"/>
          <w:sz w:val="19"/>
          <w:lang w:val="ru-RU"/>
        </w:rPr>
        <w:t xml:space="preserve">, </w:t>
      </w:r>
      <w:r>
        <w:rPr>
          <w:i/>
          <w:color w:val="666666"/>
          <w:sz w:val="19"/>
        </w:rPr>
        <w:t>recognition</w:t>
      </w:r>
      <w:r w:rsidRPr="00D55BA8">
        <w:rPr>
          <w:i/>
          <w:color w:val="666666"/>
          <w:sz w:val="19"/>
          <w:lang w:val="ru-RU"/>
        </w:rPr>
        <w:t xml:space="preserve"> </w:t>
      </w:r>
      <w:r>
        <w:rPr>
          <w:i/>
          <w:color w:val="666666"/>
          <w:sz w:val="19"/>
        </w:rPr>
        <w:t>in</w:t>
      </w:r>
      <w:r w:rsidRPr="00D55BA8">
        <w:rPr>
          <w:i/>
          <w:color w:val="666666"/>
          <w:sz w:val="19"/>
          <w:lang w:val="ru-RU"/>
        </w:rPr>
        <w:t xml:space="preserve"> </w:t>
      </w:r>
      <w:r>
        <w:rPr>
          <w:i/>
          <w:color w:val="666666"/>
          <w:sz w:val="19"/>
        </w:rPr>
        <w:t>the</w:t>
      </w:r>
      <w:r w:rsidRPr="00D55BA8">
        <w:rPr>
          <w:i/>
          <w:color w:val="666666"/>
          <w:sz w:val="19"/>
          <w:lang w:val="ru-RU"/>
        </w:rPr>
        <w:t xml:space="preserve"> </w:t>
      </w:r>
      <w:r>
        <w:rPr>
          <w:i/>
          <w:color w:val="666666"/>
          <w:sz w:val="19"/>
        </w:rPr>
        <w:t>field</w:t>
      </w:r>
      <w:r w:rsidRPr="00D55BA8">
        <w:rPr>
          <w:i/>
          <w:color w:val="666666"/>
          <w:sz w:val="19"/>
          <w:lang w:val="ru-RU"/>
        </w:rPr>
        <w:t xml:space="preserve"> и позиционирования относительно верхней части профессии.</w:t>
      </w: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>Когда началось заметное профессиональное признание и продолжается ли оно сейчас?</w:t>
      </w:r>
    </w:p>
    <w:p w:rsidR="00E56751" w:rsidRPr="00D55BA8" w:rsidRDefault="00000000">
      <w:pPr>
        <w:keepNext/>
        <w:spacing w:after="60" w:line="259" w:lineRule="auto"/>
        <w:rPr>
          <w:lang w:val="ru-RU"/>
        </w:rPr>
      </w:pPr>
      <w:r w:rsidRPr="00D55BA8">
        <w:rPr>
          <w:i/>
          <w:color w:val="666666"/>
          <w:sz w:val="18"/>
          <w:lang w:val="ru-RU"/>
        </w:rPr>
        <w:t>Составьте короткую хронологию признания по годам. Нет фиксированного минимального периода, но важно показать устойчивость и актуальность.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>Какие достижения являются самыми свежими за последние 1–3 года?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>Почему ваш профиль выделяется среди профессионалов вашей области?</w:t>
      </w:r>
    </w:p>
    <w:p w:rsidR="00E56751" w:rsidRPr="00D55BA8" w:rsidRDefault="00000000">
      <w:pPr>
        <w:keepNext/>
        <w:spacing w:after="60" w:line="259" w:lineRule="auto"/>
        <w:rPr>
          <w:lang w:val="ru-RU"/>
        </w:rPr>
      </w:pPr>
      <w:r w:rsidRPr="00D55BA8">
        <w:rPr>
          <w:i/>
          <w:color w:val="666666"/>
          <w:sz w:val="18"/>
          <w:lang w:val="ru-RU"/>
        </w:rPr>
        <w:t xml:space="preserve">Какие объективные факты показывают, что вы относитесь к небольшой части специалистов, достигших вершины </w:t>
      </w:r>
      <w:r>
        <w:rPr>
          <w:i/>
          <w:color w:val="666666"/>
          <w:sz w:val="18"/>
        </w:rPr>
        <w:t>field</w:t>
      </w:r>
      <w:r w:rsidRPr="00D55BA8">
        <w:rPr>
          <w:i/>
          <w:color w:val="666666"/>
          <w:sz w:val="18"/>
          <w:lang w:val="ru-RU"/>
        </w:rPr>
        <w:t xml:space="preserve"> </w:t>
      </w:r>
      <w:r>
        <w:rPr>
          <w:i/>
          <w:color w:val="666666"/>
          <w:sz w:val="18"/>
        </w:rPr>
        <w:t>of</w:t>
      </w:r>
      <w:r w:rsidRPr="00D55BA8">
        <w:rPr>
          <w:i/>
          <w:color w:val="666666"/>
          <w:sz w:val="18"/>
          <w:lang w:val="ru-RU"/>
        </w:rPr>
        <w:t xml:space="preserve"> </w:t>
      </w:r>
      <w:r>
        <w:rPr>
          <w:i/>
          <w:color w:val="666666"/>
          <w:sz w:val="18"/>
        </w:rPr>
        <w:t>endeavor</w:t>
      </w:r>
      <w:r w:rsidRPr="00D55BA8">
        <w:rPr>
          <w:i/>
          <w:color w:val="666666"/>
          <w:sz w:val="18"/>
          <w:lang w:val="ru-RU"/>
        </w:rPr>
        <w:t>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>Какие независимые лица или организации признавали ваши достижения?</w:t>
      </w:r>
    </w:p>
    <w:p w:rsidR="00E56751" w:rsidRPr="00D55BA8" w:rsidRDefault="00000000">
      <w:pPr>
        <w:keepNext/>
        <w:spacing w:after="60" w:line="259" w:lineRule="auto"/>
        <w:rPr>
          <w:lang w:val="ru-RU"/>
        </w:rPr>
      </w:pPr>
      <w:r w:rsidRPr="00D55BA8">
        <w:rPr>
          <w:i/>
          <w:color w:val="666666"/>
          <w:sz w:val="18"/>
          <w:lang w:val="ru-RU"/>
        </w:rPr>
        <w:t>Государственные органы, ассоциации, СМИ, университеты, известные компании, эксперты, клиенты, конкуренты, профессиональные сообщества.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>В чем национальный или международный масштаб вашего признания?</w:t>
      </w:r>
    </w:p>
    <w:p w:rsidR="00E56751" w:rsidRPr="00D55BA8" w:rsidRDefault="00000000">
      <w:pPr>
        <w:keepNext/>
        <w:spacing w:after="60" w:line="259" w:lineRule="auto"/>
        <w:rPr>
          <w:lang w:val="ru-RU"/>
        </w:rPr>
      </w:pPr>
      <w:r w:rsidRPr="00D55BA8">
        <w:rPr>
          <w:i/>
          <w:color w:val="666666"/>
          <w:sz w:val="18"/>
          <w:lang w:val="ru-RU"/>
        </w:rPr>
        <w:t>Страны, рынки, публикации, клиенты, награды, аудитория, конференции, проекты, внедрения.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>Какие доказательства в вашем профиле являются полностью независимыми от вас и ваших работодателей/компаний?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>Есть ли в профиле потенциально слабые места или факты, которые могут требовать дополнительного объяснения?</w:t>
      </w:r>
    </w:p>
    <w:p w:rsidR="00E56751" w:rsidRPr="00D55BA8" w:rsidRDefault="00000000">
      <w:pPr>
        <w:keepNext/>
        <w:spacing w:after="60" w:line="259" w:lineRule="auto"/>
        <w:rPr>
          <w:lang w:val="ru-RU"/>
        </w:rPr>
      </w:pPr>
      <w:r w:rsidRPr="00D55BA8">
        <w:rPr>
          <w:i/>
          <w:color w:val="666666"/>
          <w:sz w:val="18"/>
          <w:lang w:val="ru-RU"/>
        </w:rPr>
        <w:t xml:space="preserve">Например: локальная награда, платное членство, </w:t>
      </w:r>
      <w:r>
        <w:rPr>
          <w:i/>
          <w:color w:val="666666"/>
          <w:sz w:val="18"/>
        </w:rPr>
        <w:t>sponsored</w:t>
      </w:r>
      <w:r w:rsidRPr="00D55BA8">
        <w:rPr>
          <w:i/>
          <w:color w:val="666666"/>
          <w:sz w:val="18"/>
          <w:lang w:val="ru-RU"/>
        </w:rPr>
        <w:t xml:space="preserve"> </w:t>
      </w:r>
      <w:r>
        <w:rPr>
          <w:i/>
          <w:color w:val="666666"/>
          <w:sz w:val="18"/>
        </w:rPr>
        <w:t>media</w:t>
      </w:r>
      <w:r w:rsidRPr="00D55BA8">
        <w:rPr>
          <w:i/>
          <w:color w:val="666666"/>
          <w:sz w:val="18"/>
          <w:lang w:val="ru-RU"/>
        </w:rPr>
        <w:t xml:space="preserve">, формальная должность без доказанного </w:t>
      </w:r>
      <w:r>
        <w:rPr>
          <w:i/>
          <w:color w:val="666666"/>
          <w:sz w:val="18"/>
        </w:rPr>
        <w:t>impact</w:t>
      </w:r>
      <w:r w:rsidRPr="00D55BA8">
        <w:rPr>
          <w:i/>
          <w:color w:val="666666"/>
          <w:sz w:val="18"/>
          <w:lang w:val="ru-RU"/>
        </w:rPr>
        <w:t xml:space="preserve">, слишком узкий период признания, несоответствие </w:t>
      </w:r>
      <w:r>
        <w:rPr>
          <w:i/>
          <w:color w:val="666666"/>
          <w:sz w:val="18"/>
        </w:rPr>
        <w:t>field</w:t>
      </w:r>
      <w:r w:rsidRPr="00D55BA8">
        <w:rPr>
          <w:i/>
          <w:color w:val="666666"/>
          <w:sz w:val="18"/>
          <w:lang w:val="ru-RU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r>
              <w:rPr>
                <w:i/>
                <w:color w:val="888888"/>
                <w:sz w:val="18"/>
              </w:rPr>
              <w:t xml:space="preserve">Ответ: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p w:rsidR="00E56751" w:rsidRDefault="00000000">
      <w:r>
        <w:br w:type="page"/>
      </w:r>
    </w:p>
    <w:p w:rsidR="00E56751" w:rsidRDefault="00000000">
      <w:pPr>
        <w:keepNext/>
        <w:pBdr>
          <w:bottom w:val="single" w:sz="16" w:space="1" w:color="17365D"/>
        </w:pBdr>
        <w:spacing w:before="80" w:after="160"/>
      </w:pPr>
      <w:r>
        <w:rPr>
          <w:b/>
          <w:color w:val="17365D"/>
          <w:sz w:val="32"/>
        </w:rPr>
        <w:lastRenderedPageBreak/>
        <w:t>7. Эксперты и рекомендательные письма</w:t>
      </w:r>
    </w:p>
    <w:p w:rsidR="00E56751" w:rsidRPr="00D55BA8" w:rsidRDefault="00000000">
      <w:pPr>
        <w:keepNext/>
        <w:spacing w:after="160" w:line="259" w:lineRule="auto"/>
        <w:rPr>
          <w:lang w:val="ru-RU"/>
        </w:rPr>
      </w:pPr>
      <w:r w:rsidRPr="00D55BA8">
        <w:rPr>
          <w:i/>
          <w:color w:val="666666"/>
          <w:sz w:val="19"/>
          <w:lang w:val="ru-RU"/>
        </w:rPr>
        <w:t>Рекомендательные письма не являются самостоятельным регуляторным критерием, но могут объяснять значение доказательств и вклад заявителя.</w:t>
      </w: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>Где у вас находится наибольшее количество сильных профессиональных контактов?</w:t>
      </w:r>
    </w:p>
    <w:p w:rsidR="00E56751" w:rsidRPr="00D55BA8" w:rsidRDefault="00000000">
      <w:pPr>
        <w:keepNext/>
        <w:spacing w:after="60" w:line="259" w:lineRule="auto"/>
        <w:rPr>
          <w:lang w:val="ru-RU"/>
        </w:rPr>
      </w:pPr>
      <w:r w:rsidRPr="00D55BA8">
        <w:rPr>
          <w:i/>
          <w:color w:val="666666"/>
          <w:sz w:val="18"/>
          <w:lang w:val="ru-RU"/>
        </w:rPr>
        <w:t>Страны, отрасли, компании, университеты, ассоциации, государственные структуры.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p w:rsidR="00E56751" w:rsidRPr="00D55BA8" w:rsidRDefault="00000000">
      <w:pPr>
        <w:spacing w:after="80" w:line="259" w:lineRule="auto"/>
        <w:rPr>
          <w:lang w:val="ru-RU"/>
        </w:rPr>
      </w:pPr>
      <w:r w:rsidRPr="00D55BA8">
        <w:rPr>
          <w:b/>
          <w:color w:val="244A70"/>
          <w:sz w:val="19"/>
          <w:lang w:val="ru-RU"/>
        </w:rPr>
        <w:t xml:space="preserve">Перечислите потенциальных </w:t>
      </w:r>
      <w:proofErr w:type="spellStart"/>
      <w:r w:rsidRPr="00D55BA8">
        <w:rPr>
          <w:b/>
          <w:color w:val="244A70"/>
          <w:sz w:val="19"/>
          <w:lang w:val="ru-RU"/>
        </w:rPr>
        <w:t>рекомендателей</w:t>
      </w:r>
      <w:proofErr w:type="spellEnd"/>
      <w:r w:rsidRPr="00D55BA8">
        <w:rPr>
          <w:b/>
          <w:color w:val="244A70"/>
          <w:sz w:val="19"/>
          <w:lang w:val="ru-RU"/>
        </w:rPr>
        <w:t xml:space="preserve"> высокого уровня: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2736"/>
        <w:gridCol w:w="1080"/>
        <w:gridCol w:w="1080"/>
        <w:gridCol w:w="2952"/>
      </w:tblGrid>
      <w:tr w:rsidR="00E56751">
        <w:trPr>
          <w:tblHeader/>
          <w:jc w:val="center"/>
        </w:trPr>
        <w:tc>
          <w:tcPr>
            <w:tcW w:w="1800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  <w:shd w:val="clear" w:color="auto" w:fill="17365D"/>
          </w:tcPr>
          <w:p w:rsidR="00E56751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ФИО</w:t>
            </w:r>
          </w:p>
        </w:tc>
        <w:tc>
          <w:tcPr>
            <w:tcW w:w="2736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  <w:shd w:val="clear" w:color="auto" w:fill="17365D"/>
          </w:tcPr>
          <w:p w:rsidR="00E56751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Должность / организация</w:t>
            </w:r>
          </w:p>
        </w:tc>
        <w:tc>
          <w:tcPr>
            <w:tcW w:w="1080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  <w:shd w:val="clear" w:color="auto" w:fill="17365D"/>
          </w:tcPr>
          <w:p w:rsidR="00E56751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Страна</w:t>
            </w:r>
          </w:p>
        </w:tc>
        <w:tc>
          <w:tcPr>
            <w:tcW w:w="1080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  <w:shd w:val="clear" w:color="auto" w:fill="17365D"/>
          </w:tcPr>
          <w:p w:rsidR="00E56751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Независим?</w:t>
            </w:r>
          </w:p>
        </w:tc>
        <w:tc>
          <w:tcPr>
            <w:tcW w:w="2952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  <w:shd w:val="clear" w:color="auto" w:fill="17365D"/>
          </w:tcPr>
          <w:p w:rsidR="00E56751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Что может подтвердить</w:t>
            </w:r>
          </w:p>
        </w:tc>
      </w:tr>
      <w:tr w:rsidR="00E56751">
        <w:trPr>
          <w:cantSplit/>
          <w:jc w:val="center"/>
        </w:trPr>
        <w:tc>
          <w:tcPr>
            <w:tcW w:w="1800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7"/>
              </w:rPr>
              <w:t xml:space="preserve"> </w:t>
            </w:r>
          </w:p>
        </w:tc>
        <w:tc>
          <w:tcPr>
            <w:tcW w:w="2736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7"/>
              </w:rPr>
              <w:t xml:space="preserve"> </w:t>
            </w:r>
          </w:p>
        </w:tc>
        <w:tc>
          <w:tcPr>
            <w:tcW w:w="1080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7"/>
              </w:rPr>
              <w:t xml:space="preserve"> </w:t>
            </w:r>
          </w:p>
        </w:tc>
        <w:tc>
          <w:tcPr>
            <w:tcW w:w="1080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7"/>
              </w:rPr>
              <w:t xml:space="preserve"> </w:t>
            </w:r>
          </w:p>
        </w:tc>
        <w:tc>
          <w:tcPr>
            <w:tcW w:w="2952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7"/>
              </w:rPr>
              <w:t xml:space="preserve"> </w:t>
            </w:r>
          </w:p>
        </w:tc>
      </w:tr>
      <w:tr w:rsidR="00E56751">
        <w:trPr>
          <w:cantSplit/>
          <w:jc w:val="center"/>
        </w:trPr>
        <w:tc>
          <w:tcPr>
            <w:tcW w:w="1800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</w:tcPr>
          <w:p w:rsidR="00E56751" w:rsidRPr="00D55BA8" w:rsidRDefault="00000000">
            <w:pPr>
              <w:spacing w:after="0"/>
              <w:rPr>
                <w:lang w:val="ru-RU"/>
              </w:rPr>
            </w:pPr>
            <w:r>
              <w:rPr>
                <w:color w:val="000000"/>
                <w:sz w:val="17"/>
              </w:rPr>
              <w:t xml:space="preserve"> </w:t>
            </w:r>
          </w:p>
        </w:tc>
        <w:tc>
          <w:tcPr>
            <w:tcW w:w="2736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7"/>
              </w:rPr>
              <w:t xml:space="preserve"> </w:t>
            </w:r>
          </w:p>
        </w:tc>
        <w:tc>
          <w:tcPr>
            <w:tcW w:w="1080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7"/>
              </w:rPr>
              <w:t xml:space="preserve"> </w:t>
            </w:r>
          </w:p>
        </w:tc>
        <w:tc>
          <w:tcPr>
            <w:tcW w:w="1080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7"/>
              </w:rPr>
              <w:t xml:space="preserve"> </w:t>
            </w:r>
          </w:p>
        </w:tc>
        <w:tc>
          <w:tcPr>
            <w:tcW w:w="2952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7"/>
              </w:rPr>
              <w:t xml:space="preserve"> </w:t>
            </w:r>
          </w:p>
        </w:tc>
      </w:tr>
      <w:tr w:rsidR="00E56751">
        <w:trPr>
          <w:cantSplit/>
          <w:jc w:val="center"/>
        </w:trPr>
        <w:tc>
          <w:tcPr>
            <w:tcW w:w="1800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7"/>
              </w:rPr>
              <w:t xml:space="preserve"> </w:t>
            </w:r>
          </w:p>
        </w:tc>
        <w:tc>
          <w:tcPr>
            <w:tcW w:w="2736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7"/>
              </w:rPr>
              <w:t xml:space="preserve"> </w:t>
            </w:r>
          </w:p>
        </w:tc>
        <w:tc>
          <w:tcPr>
            <w:tcW w:w="1080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7"/>
              </w:rPr>
              <w:t xml:space="preserve"> </w:t>
            </w:r>
          </w:p>
        </w:tc>
        <w:tc>
          <w:tcPr>
            <w:tcW w:w="1080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7"/>
              </w:rPr>
              <w:t xml:space="preserve"> </w:t>
            </w:r>
          </w:p>
        </w:tc>
        <w:tc>
          <w:tcPr>
            <w:tcW w:w="2952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7"/>
              </w:rPr>
              <w:t xml:space="preserve"> </w:t>
            </w:r>
          </w:p>
        </w:tc>
      </w:tr>
      <w:tr w:rsidR="00E56751">
        <w:trPr>
          <w:cantSplit/>
          <w:jc w:val="center"/>
        </w:trPr>
        <w:tc>
          <w:tcPr>
            <w:tcW w:w="1800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7"/>
              </w:rPr>
              <w:t xml:space="preserve"> </w:t>
            </w:r>
          </w:p>
        </w:tc>
        <w:tc>
          <w:tcPr>
            <w:tcW w:w="2736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7"/>
              </w:rPr>
              <w:t xml:space="preserve"> </w:t>
            </w:r>
          </w:p>
        </w:tc>
        <w:tc>
          <w:tcPr>
            <w:tcW w:w="1080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7"/>
              </w:rPr>
              <w:t xml:space="preserve"> </w:t>
            </w:r>
          </w:p>
        </w:tc>
        <w:tc>
          <w:tcPr>
            <w:tcW w:w="1080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7"/>
              </w:rPr>
              <w:t xml:space="preserve"> </w:t>
            </w:r>
          </w:p>
        </w:tc>
        <w:tc>
          <w:tcPr>
            <w:tcW w:w="2952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7"/>
              </w:rPr>
              <w:t xml:space="preserve"> </w:t>
            </w:r>
          </w:p>
        </w:tc>
      </w:tr>
      <w:tr w:rsidR="00E56751">
        <w:trPr>
          <w:cantSplit/>
          <w:jc w:val="center"/>
        </w:trPr>
        <w:tc>
          <w:tcPr>
            <w:tcW w:w="1800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7"/>
              </w:rPr>
              <w:t xml:space="preserve"> </w:t>
            </w:r>
          </w:p>
        </w:tc>
        <w:tc>
          <w:tcPr>
            <w:tcW w:w="2736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7"/>
              </w:rPr>
              <w:t xml:space="preserve"> </w:t>
            </w:r>
          </w:p>
        </w:tc>
        <w:tc>
          <w:tcPr>
            <w:tcW w:w="1080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7"/>
              </w:rPr>
              <w:t xml:space="preserve"> </w:t>
            </w:r>
          </w:p>
        </w:tc>
        <w:tc>
          <w:tcPr>
            <w:tcW w:w="1080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7"/>
              </w:rPr>
              <w:t xml:space="preserve"> </w:t>
            </w:r>
          </w:p>
        </w:tc>
        <w:tc>
          <w:tcPr>
            <w:tcW w:w="2952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7"/>
              </w:rPr>
              <w:t xml:space="preserve"> </w:t>
            </w:r>
          </w:p>
        </w:tc>
      </w:tr>
      <w:tr w:rsidR="00E56751">
        <w:trPr>
          <w:cantSplit/>
          <w:jc w:val="center"/>
        </w:trPr>
        <w:tc>
          <w:tcPr>
            <w:tcW w:w="1800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7"/>
              </w:rPr>
              <w:t xml:space="preserve"> </w:t>
            </w:r>
          </w:p>
        </w:tc>
        <w:tc>
          <w:tcPr>
            <w:tcW w:w="2736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7"/>
              </w:rPr>
              <w:t xml:space="preserve"> </w:t>
            </w:r>
          </w:p>
        </w:tc>
        <w:tc>
          <w:tcPr>
            <w:tcW w:w="1080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7"/>
              </w:rPr>
              <w:t xml:space="preserve"> </w:t>
            </w:r>
          </w:p>
        </w:tc>
        <w:tc>
          <w:tcPr>
            <w:tcW w:w="1080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7"/>
              </w:rPr>
              <w:t xml:space="preserve"> </w:t>
            </w:r>
          </w:p>
        </w:tc>
        <w:tc>
          <w:tcPr>
            <w:tcW w:w="2952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7"/>
              </w:rPr>
              <w:t xml:space="preserve"> </w:t>
            </w:r>
          </w:p>
        </w:tc>
      </w:tr>
      <w:tr w:rsidR="00E56751">
        <w:trPr>
          <w:cantSplit/>
          <w:jc w:val="center"/>
        </w:trPr>
        <w:tc>
          <w:tcPr>
            <w:tcW w:w="1800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7"/>
              </w:rPr>
              <w:t xml:space="preserve"> </w:t>
            </w:r>
          </w:p>
        </w:tc>
        <w:tc>
          <w:tcPr>
            <w:tcW w:w="2736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7"/>
              </w:rPr>
              <w:t xml:space="preserve"> </w:t>
            </w:r>
          </w:p>
        </w:tc>
        <w:tc>
          <w:tcPr>
            <w:tcW w:w="1080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7"/>
              </w:rPr>
              <w:t xml:space="preserve"> </w:t>
            </w:r>
          </w:p>
        </w:tc>
        <w:tc>
          <w:tcPr>
            <w:tcW w:w="1080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7"/>
              </w:rPr>
              <w:t xml:space="preserve"> </w:t>
            </w:r>
          </w:p>
        </w:tc>
        <w:tc>
          <w:tcPr>
            <w:tcW w:w="2952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7"/>
              </w:rPr>
              <w:t xml:space="preserve"> </w:t>
            </w:r>
          </w:p>
        </w:tc>
      </w:tr>
      <w:tr w:rsidR="00E56751">
        <w:trPr>
          <w:cantSplit/>
          <w:jc w:val="center"/>
        </w:trPr>
        <w:tc>
          <w:tcPr>
            <w:tcW w:w="1800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7"/>
              </w:rPr>
              <w:t xml:space="preserve"> </w:t>
            </w:r>
          </w:p>
        </w:tc>
        <w:tc>
          <w:tcPr>
            <w:tcW w:w="2736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7"/>
              </w:rPr>
              <w:t xml:space="preserve"> </w:t>
            </w:r>
          </w:p>
        </w:tc>
        <w:tc>
          <w:tcPr>
            <w:tcW w:w="1080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7"/>
              </w:rPr>
              <w:t xml:space="preserve"> </w:t>
            </w:r>
          </w:p>
        </w:tc>
        <w:tc>
          <w:tcPr>
            <w:tcW w:w="1080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7"/>
              </w:rPr>
              <w:t xml:space="preserve"> </w:t>
            </w:r>
          </w:p>
        </w:tc>
        <w:tc>
          <w:tcPr>
            <w:tcW w:w="2952" w:type="dxa"/>
            <w:tcBorders>
              <w:top w:val="single" w:sz="7" w:space="0" w:color="8FA3B5"/>
              <w:left w:val="single" w:sz="7" w:space="0" w:color="8FA3B5"/>
              <w:bottom w:val="single" w:sz="7" w:space="0" w:color="8FA3B5"/>
              <w:right w:val="single" w:sz="7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7"/>
              </w:rPr>
              <w:t xml:space="preserve"> </w:t>
            </w:r>
          </w:p>
        </w:tc>
      </w:tr>
    </w:tbl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>Сколько сильных рекомендательных писем реально возможно получить?</w:t>
      </w:r>
    </w:p>
    <w:p w:rsidR="00E56751" w:rsidRPr="00D55BA8" w:rsidRDefault="00000000">
      <w:pPr>
        <w:keepNext/>
        <w:spacing w:after="60" w:line="259" w:lineRule="auto"/>
        <w:rPr>
          <w:lang w:val="ru-RU"/>
        </w:rPr>
      </w:pPr>
      <w:r w:rsidRPr="00D55BA8">
        <w:rPr>
          <w:i/>
          <w:color w:val="666666"/>
          <w:sz w:val="18"/>
          <w:lang w:val="ru-RU"/>
        </w:rPr>
        <w:t>Разделите: независимые эксперты / бывшие или текущие работодатели / клиенты и партнеры.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2"/>
      </w:tblGrid>
      <w:tr w:rsidR="00E56751" w:rsidRPr="00B276D0">
        <w:trPr>
          <w:cantSplit/>
          <w:jc w:val="center"/>
        </w:trPr>
        <w:tc>
          <w:tcPr>
            <w:tcW w:w="9922" w:type="dxa"/>
            <w:tcBorders>
              <w:top w:val="single" w:sz="8" w:space="0" w:color="17365D"/>
              <w:left w:val="single" w:sz="16" w:space="0" w:color="17365D"/>
              <w:bottom w:val="single" w:sz="8" w:space="0" w:color="17365D"/>
              <w:right w:val="single" w:sz="8" w:space="0" w:color="17365D"/>
            </w:tcBorders>
            <w:shd w:val="clear" w:color="auto" w:fill="EEF4F8"/>
          </w:tcPr>
          <w:p w:rsidR="00E56751" w:rsidRPr="00D55BA8" w:rsidRDefault="00000000">
            <w:pPr>
              <w:spacing w:after="40"/>
              <w:rPr>
                <w:lang w:val="ru-RU"/>
              </w:rPr>
            </w:pPr>
            <w:r w:rsidRPr="00D55BA8">
              <w:rPr>
                <w:b/>
                <w:color w:val="17365D"/>
                <w:lang w:val="ru-RU"/>
              </w:rPr>
              <w:t>Что делает письмо сильнее</w:t>
            </w:r>
          </w:p>
          <w:p w:rsidR="00E56751" w:rsidRPr="00D55BA8" w:rsidRDefault="00000000">
            <w:pPr>
              <w:spacing w:after="0" w:line="254" w:lineRule="auto"/>
              <w:rPr>
                <w:lang w:val="ru-RU"/>
              </w:rPr>
            </w:pPr>
            <w:r w:rsidRPr="00D55BA8">
              <w:rPr>
                <w:color w:val="000000"/>
                <w:sz w:val="18"/>
                <w:lang w:val="ru-RU"/>
              </w:rPr>
              <w:t xml:space="preserve">Письмо должно быть конкретным: квалификация автора, как он знает заявителя или его работу, какой факт подтверждает, почему достижение важно для </w:t>
            </w:r>
            <w:r>
              <w:rPr>
                <w:color w:val="000000"/>
                <w:sz w:val="18"/>
              </w:rPr>
              <w:t>field</w:t>
            </w:r>
            <w:r w:rsidRPr="00D55BA8">
              <w:rPr>
                <w:color w:val="000000"/>
                <w:sz w:val="18"/>
                <w:lang w:val="ru-RU"/>
              </w:rPr>
              <w:t>, какие объективные данные это поддерживают. Обобщенная похвала без фактической базы имеет меньшую доказательную ценность.</w:t>
            </w:r>
          </w:p>
        </w:tc>
      </w:tr>
    </w:tbl>
    <w:p w:rsidR="00E56751" w:rsidRPr="00D55BA8" w:rsidRDefault="00E56751">
      <w:pPr>
        <w:spacing w:after="40"/>
        <w:rPr>
          <w:lang w:val="ru-RU"/>
        </w:rPr>
      </w:pPr>
    </w:p>
    <w:p w:rsidR="00E56751" w:rsidRPr="00D55BA8" w:rsidRDefault="00000000">
      <w:pPr>
        <w:rPr>
          <w:lang w:val="ru-RU"/>
        </w:rPr>
      </w:pPr>
      <w:r w:rsidRPr="00D55BA8">
        <w:rPr>
          <w:lang w:val="ru-RU"/>
        </w:rPr>
        <w:br w:type="page"/>
      </w:r>
    </w:p>
    <w:p w:rsidR="00E56751" w:rsidRPr="00D55BA8" w:rsidRDefault="00000000">
      <w:pPr>
        <w:keepNext/>
        <w:pBdr>
          <w:bottom w:val="single" w:sz="16" w:space="1" w:color="17365D"/>
        </w:pBdr>
        <w:spacing w:before="80" w:after="160"/>
        <w:rPr>
          <w:lang w:val="ru-RU"/>
        </w:rPr>
      </w:pPr>
      <w:r w:rsidRPr="00D55BA8">
        <w:rPr>
          <w:b/>
          <w:color w:val="17365D"/>
          <w:sz w:val="32"/>
          <w:lang w:val="ru-RU"/>
        </w:rPr>
        <w:lastRenderedPageBreak/>
        <w:t>8. Планы профессиональной деятельности в США</w:t>
      </w:r>
    </w:p>
    <w:p w:rsidR="00E56751" w:rsidRPr="00D55BA8" w:rsidRDefault="00000000">
      <w:pPr>
        <w:keepNext/>
        <w:spacing w:after="160" w:line="259" w:lineRule="auto"/>
        <w:rPr>
          <w:lang w:val="ru-RU"/>
        </w:rPr>
      </w:pPr>
      <w:r>
        <w:rPr>
          <w:i/>
          <w:color w:val="666666"/>
          <w:sz w:val="19"/>
        </w:rPr>
        <w:t>EB</w:t>
      </w:r>
      <w:r w:rsidRPr="00D55BA8">
        <w:rPr>
          <w:i/>
          <w:color w:val="666666"/>
          <w:sz w:val="19"/>
          <w:lang w:val="ru-RU"/>
        </w:rPr>
        <w:t>-1</w:t>
      </w:r>
      <w:r>
        <w:rPr>
          <w:i/>
          <w:color w:val="666666"/>
          <w:sz w:val="19"/>
        </w:rPr>
        <w:t>A</w:t>
      </w:r>
      <w:r w:rsidRPr="00D55BA8">
        <w:rPr>
          <w:i/>
          <w:color w:val="666666"/>
          <w:sz w:val="19"/>
          <w:lang w:val="ru-RU"/>
        </w:rPr>
        <w:t xml:space="preserve"> не требует </w:t>
      </w:r>
      <w:r>
        <w:rPr>
          <w:i/>
          <w:color w:val="666666"/>
          <w:sz w:val="19"/>
        </w:rPr>
        <w:t>job</w:t>
      </w:r>
      <w:r w:rsidRPr="00D55BA8">
        <w:rPr>
          <w:i/>
          <w:color w:val="666666"/>
          <w:sz w:val="19"/>
          <w:lang w:val="ru-RU"/>
        </w:rPr>
        <w:t xml:space="preserve"> </w:t>
      </w:r>
      <w:r>
        <w:rPr>
          <w:i/>
          <w:color w:val="666666"/>
          <w:sz w:val="19"/>
        </w:rPr>
        <w:t>offer</w:t>
      </w:r>
      <w:r w:rsidRPr="00D55BA8">
        <w:rPr>
          <w:i/>
          <w:color w:val="666666"/>
          <w:sz w:val="19"/>
          <w:lang w:val="ru-RU"/>
        </w:rPr>
        <w:t xml:space="preserve">, но требуется </w:t>
      </w:r>
      <w:r>
        <w:rPr>
          <w:i/>
          <w:color w:val="666666"/>
          <w:sz w:val="19"/>
        </w:rPr>
        <w:t>clear</w:t>
      </w:r>
      <w:r w:rsidRPr="00D55BA8">
        <w:rPr>
          <w:i/>
          <w:color w:val="666666"/>
          <w:sz w:val="19"/>
          <w:lang w:val="ru-RU"/>
        </w:rPr>
        <w:t xml:space="preserve"> </w:t>
      </w:r>
      <w:r>
        <w:rPr>
          <w:i/>
          <w:color w:val="666666"/>
          <w:sz w:val="19"/>
        </w:rPr>
        <w:t>evidence</w:t>
      </w:r>
      <w:r w:rsidRPr="00D55BA8">
        <w:rPr>
          <w:i/>
          <w:color w:val="666666"/>
          <w:sz w:val="19"/>
          <w:lang w:val="ru-RU"/>
        </w:rPr>
        <w:t xml:space="preserve"> намерения продолжать работу в области экспертизы в США.</w:t>
      </w: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>Как вы планируете продолжать работу в вашей области в США?</w:t>
      </w:r>
    </w:p>
    <w:p w:rsidR="00E56751" w:rsidRPr="00D55BA8" w:rsidRDefault="00000000">
      <w:pPr>
        <w:keepNext/>
        <w:spacing w:after="60" w:line="259" w:lineRule="auto"/>
        <w:rPr>
          <w:lang w:val="ru-RU"/>
        </w:rPr>
      </w:pPr>
      <w:r w:rsidRPr="00D55BA8">
        <w:rPr>
          <w:i/>
          <w:color w:val="666666"/>
          <w:sz w:val="18"/>
          <w:lang w:val="ru-RU"/>
        </w:rPr>
        <w:t xml:space="preserve">Работа по найму, собственный бизнес, </w:t>
      </w:r>
      <w:r>
        <w:rPr>
          <w:i/>
          <w:color w:val="666666"/>
          <w:sz w:val="18"/>
        </w:rPr>
        <w:t>self</w:t>
      </w:r>
      <w:r w:rsidRPr="00D55BA8">
        <w:rPr>
          <w:i/>
          <w:color w:val="666666"/>
          <w:sz w:val="18"/>
          <w:lang w:val="ru-RU"/>
        </w:rPr>
        <w:t>-</w:t>
      </w:r>
      <w:r>
        <w:rPr>
          <w:i/>
          <w:color w:val="666666"/>
          <w:sz w:val="18"/>
        </w:rPr>
        <w:t>employment</w:t>
      </w:r>
      <w:r w:rsidRPr="00D55BA8">
        <w:rPr>
          <w:i/>
          <w:color w:val="666666"/>
          <w:sz w:val="18"/>
          <w:lang w:val="ru-RU"/>
        </w:rPr>
        <w:t xml:space="preserve">, </w:t>
      </w:r>
      <w:r>
        <w:rPr>
          <w:i/>
          <w:color w:val="666666"/>
          <w:sz w:val="18"/>
        </w:rPr>
        <w:t>consulting</w:t>
      </w:r>
      <w:r w:rsidRPr="00D55BA8">
        <w:rPr>
          <w:i/>
          <w:color w:val="666666"/>
          <w:sz w:val="18"/>
          <w:lang w:val="ru-RU"/>
        </w:rPr>
        <w:t xml:space="preserve">, исследования, </w:t>
      </w:r>
      <w:r>
        <w:rPr>
          <w:i/>
          <w:color w:val="666666"/>
          <w:sz w:val="18"/>
        </w:rPr>
        <w:t>creative</w:t>
      </w:r>
      <w:r w:rsidRPr="00D55BA8">
        <w:rPr>
          <w:i/>
          <w:color w:val="666666"/>
          <w:sz w:val="18"/>
          <w:lang w:val="ru-RU"/>
        </w:rPr>
        <w:t xml:space="preserve"> </w:t>
      </w:r>
      <w:r>
        <w:rPr>
          <w:i/>
          <w:color w:val="666666"/>
          <w:sz w:val="18"/>
        </w:rPr>
        <w:t>projects</w:t>
      </w:r>
      <w:r w:rsidRPr="00D55BA8">
        <w:rPr>
          <w:i/>
          <w:color w:val="666666"/>
          <w:sz w:val="18"/>
          <w:lang w:val="ru-RU"/>
        </w:rPr>
        <w:t>, профессиональные контракты и т.п.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 xml:space="preserve">Совпадает ли планируемая деятельность в США с областью, на которой строится </w:t>
      </w:r>
      <w:r>
        <w:rPr>
          <w:b/>
          <w:color w:val="000000"/>
          <w:sz w:val="21"/>
        </w:rPr>
        <w:t>EB</w:t>
      </w:r>
      <w:r w:rsidRPr="00D55BA8">
        <w:rPr>
          <w:b/>
          <w:color w:val="000000"/>
          <w:sz w:val="21"/>
          <w:lang w:val="ru-RU"/>
        </w:rPr>
        <w:t>-1</w:t>
      </w:r>
      <w:r>
        <w:rPr>
          <w:b/>
          <w:color w:val="000000"/>
          <w:sz w:val="21"/>
        </w:rPr>
        <w:t>A</w:t>
      </w:r>
      <w:r w:rsidRPr="00D55BA8">
        <w:rPr>
          <w:b/>
          <w:color w:val="000000"/>
          <w:sz w:val="21"/>
          <w:lang w:val="ru-RU"/>
        </w:rPr>
        <w:t>?</w:t>
      </w:r>
    </w:p>
    <w:p w:rsidR="00E56751" w:rsidRPr="00D55BA8" w:rsidRDefault="00000000">
      <w:pPr>
        <w:keepNext/>
        <w:spacing w:after="60" w:line="259" w:lineRule="auto"/>
        <w:rPr>
          <w:lang w:val="ru-RU"/>
        </w:rPr>
      </w:pPr>
      <w:r w:rsidRPr="00D55BA8">
        <w:rPr>
          <w:i/>
          <w:color w:val="666666"/>
          <w:sz w:val="18"/>
          <w:lang w:val="ru-RU"/>
        </w:rPr>
        <w:t xml:space="preserve">Если направление меняется, объясните связь между прошлой </w:t>
      </w:r>
      <w:r>
        <w:rPr>
          <w:i/>
          <w:color w:val="666666"/>
          <w:sz w:val="18"/>
        </w:rPr>
        <w:t>extraordinary</w:t>
      </w:r>
      <w:r w:rsidRPr="00D55BA8">
        <w:rPr>
          <w:i/>
          <w:color w:val="666666"/>
          <w:sz w:val="18"/>
          <w:lang w:val="ru-RU"/>
        </w:rPr>
        <w:t xml:space="preserve"> </w:t>
      </w:r>
      <w:r>
        <w:rPr>
          <w:i/>
          <w:color w:val="666666"/>
          <w:sz w:val="18"/>
        </w:rPr>
        <w:t>ability</w:t>
      </w:r>
      <w:r w:rsidRPr="00D55BA8">
        <w:rPr>
          <w:i/>
          <w:color w:val="666666"/>
          <w:sz w:val="18"/>
          <w:lang w:val="ru-RU"/>
        </w:rPr>
        <w:t xml:space="preserve"> и будущей деятельностью.</w:t>
      </w:r>
    </w:p>
    <w:p w:rsidR="00E56751" w:rsidRPr="00D55BA8" w:rsidRDefault="00000000">
      <w:pPr>
        <w:keepNext/>
        <w:spacing w:after="80" w:line="259" w:lineRule="auto"/>
        <w:rPr>
          <w:lang w:val="ru-RU"/>
        </w:rPr>
      </w:pPr>
      <w:r w:rsidRPr="00D55BA8">
        <w:rPr>
          <w:color w:val="000000"/>
          <w:sz w:val="19"/>
          <w:lang w:val="ru-RU"/>
        </w:rPr>
        <w:t>☐ Да     ☐ Нет     ☐ Не уверен / требуется уточнение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 xml:space="preserve">Есть ли потенциальные работодатели, клиенты, партнеры, инвесторы, контракты, </w:t>
      </w:r>
      <w:r>
        <w:rPr>
          <w:b/>
          <w:color w:val="000000"/>
          <w:sz w:val="21"/>
        </w:rPr>
        <w:t>offers</w:t>
      </w:r>
      <w:r w:rsidRPr="00D55BA8">
        <w:rPr>
          <w:b/>
          <w:color w:val="000000"/>
          <w:sz w:val="21"/>
          <w:lang w:val="ru-RU"/>
        </w:rPr>
        <w:t xml:space="preserve"> или </w:t>
      </w:r>
      <w:r>
        <w:rPr>
          <w:b/>
          <w:color w:val="000000"/>
          <w:sz w:val="21"/>
        </w:rPr>
        <w:t>letters</w:t>
      </w:r>
      <w:r w:rsidRPr="00D55BA8">
        <w:rPr>
          <w:b/>
          <w:color w:val="000000"/>
          <w:sz w:val="21"/>
          <w:lang w:val="ru-RU"/>
        </w:rPr>
        <w:t xml:space="preserve"> </w:t>
      </w:r>
      <w:r>
        <w:rPr>
          <w:b/>
          <w:color w:val="000000"/>
          <w:sz w:val="21"/>
        </w:rPr>
        <w:t>of</w:t>
      </w:r>
      <w:r w:rsidRPr="00D55BA8">
        <w:rPr>
          <w:b/>
          <w:color w:val="000000"/>
          <w:sz w:val="21"/>
          <w:lang w:val="ru-RU"/>
        </w:rPr>
        <w:t xml:space="preserve"> </w:t>
      </w:r>
      <w:r>
        <w:rPr>
          <w:b/>
          <w:color w:val="000000"/>
          <w:sz w:val="21"/>
        </w:rPr>
        <w:t>intent</w:t>
      </w:r>
      <w:r w:rsidRPr="00D55BA8">
        <w:rPr>
          <w:b/>
          <w:color w:val="000000"/>
          <w:sz w:val="21"/>
          <w:lang w:val="ru-RU"/>
        </w:rPr>
        <w:t xml:space="preserve"> в США?</w:t>
      </w:r>
    </w:p>
    <w:p w:rsidR="00E56751" w:rsidRPr="00D55BA8" w:rsidRDefault="00000000">
      <w:pPr>
        <w:keepNext/>
        <w:spacing w:after="80" w:line="259" w:lineRule="auto"/>
        <w:rPr>
          <w:lang w:val="ru-RU"/>
        </w:rPr>
      </w:pPr>
      <w:r w:rsidRPr="00D55BA8">
        <w:rPr>
          <w:color w:val="000000"/>
          <w:sz w:val="19"/>
          <w:lang w:val="ru-RU"/>
        </w:rPr>
        <w:t>☐ Да     ☐ Нет     ☐ Не уверен / требуется уточнение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>Опишите план профессиональной деятельности на первые 12 месяцев в США: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>Опишите более долгосрочный план на 2–3 года: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lastRenderedPageBreak/>
        <w:t>Как ваша будущая работа может принести пользу США?</w:t>
      </w:r>
    </w:p>
    <w:p w:rsidR="00E56751" w:rsidRPr="00D55BA8" w:rsidRDefault="00000000">
      <w:pPr>
        <w:keepNext/>
        <w:spacing w:after="60" w:line="259" w:lineRule="auto"/>
        <w:rPr>
          <w:lang w:val="ru-RU"/>
        </w:rPr>
      </w:pPr>
      <w:r w:rsidRPr="00D55BA8">
        <w:rPr>
          <w:i/>
          <w:color w:val="666666"/>
          <w:sz w:val="18"/>
          <w:lang w:val="ru-RU"/>
        </w:rPr>
        <w:t>Опишите конкретно: экономический эффект, инновации, рабочие места, культурный/научный вклад, развитие отрасли, конкуренция, обучение, исследования и т.п.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p w:rsidR="00E56751" w:rsidRDefault="00000000">
      <w:pPr>
        <w:keepNext/>
        <w:pBdr>
          <w:bottom w:val="single" w:sz="16" w:space="1" w:color="17365D"/>
        </w:pBdr>
        <w:spacing w:before="80" w:after="160"/>
      </w:pPr>
      <w:r>
        <w:rPr>
          <w:b/>
          <w:color w:val="17365D"/>
          <w:sz w:val="32"/>
        </w:rPr>
        <w:t>9. Иммиграционная история и процессуальная стратегия</w:t>
      </w:r>
    </w:p>
    <w:p w:rsidR="00E56751" w:rsidRPr="00D55BA8" w:rsidRDefault="00000000">
      <w:pPr>
        <w:keepNext/>
        <w:spacing w:after="160" w:line="259" w:lineRule="auto"/>
        <w:rPr>
          <w:lang w:val="ru-RU"/>
        </w:rPr>
      </w:pPr>
      <w:r w:rsidRPr="00D55BA8">
        <w:rPr>
          <w:i/>
          <w:color w:val="666666"/>
          <w:sz w:val="19"/>
          <w:lang w:val="ru-RU"/>
        </w:rPr>
        <w:t xml:space="preserve">Конфиденциальный блок. Он не определяет </w:t>
      </w:r>
      <w:r>
        <w:rPr>
          <w:i/>
          <w:color w:val="666666"/>
          <w:sz w:val="19"/>
        </w:rPr>
        <w:t>extraordinary</w:t>
      </w:r>
      <w:r w:rsidRPr="00D55BA8">
        <w:rPr>
          <w:i/>
          <w:color w:val="666666"/>
          <w:sz w:val="19"/>
          <w:lang w:val="ru-RU"/>
        </w:rPr>
        <w:t xml:space="preserve"> </w:t>
      </w:r>
      <w:r>
        <w:rPr>
          <w:i/>
          <w:color w:val="666666"/>
          <w:sz w:val="19"/>
        </w:rPr>
        <w:t>ability</w:t>
      </w:r>
      <w:r w:rsidRPr="00D55BA8">
        <w:rPr>
          <w:i/>
          <w:color w:val="666666"/>
          <w:sz w:val="19"/>
          <w:lang w:val="ru-RU"/>
        </w:rPr>
        <w:t>, но может существенно влиять на способ и сроки получения статуса.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480"/>
      </w:tblGrid>
      <w:tr w:rsidR="00E56751">
        <w:trPr>
          <w:cantSplit/>
          <w:jc w:val="center"/>
        </w:trPr>
        <w:tc>
          <w:tcPr>
            <w:tcW w:w="316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7F9FB"/>
            <w:vAlign w:val="center"/>
          </w:tcPr>
          <w:p w:rsidR="00E56751" w:rsidRPr="00D55BA8" w:rsidRDefault="00000000">
            <w:pPr>
              <w:spacing w:after="0"/>
              <w:rPr>
                <w:lang w:val="ru-RU"/>
              </w:rPr>
            </w:pPr>
            <w:r w:rsidRPr="00D55BA8">
              <w:rPr>
                <w:b/>
                <w:color w:val="244A70"/>
                <w:sz w:val="19"/>
                <w:lang w:val="ru-RU"/>
              </w:rPr>
              <w:t>Находитесь ли вы сейчас в США?</w:t>
            </w:r>
          </w:p>
        </w:tc>
        <w:tc>
          <w:tcPr>
            <w:tcW w:w="6480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vAlign w:val="center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Да</w:t>
            </w:r>
            <w:proofErr w:type="spellEnd"/>
            <w:r>
              <w:rPr>
                <w:i/>
                <w:color w:val="888888"/>
                <w:sz w:val="18"/>
              </w:rPr>
              <w:t xml:space="preserve"> / </w:t>
            </w:r>
            <w:proofErr w:type="spellStart"/>
            <w:r>
              <w:rPr>
                <w:i/>
                <w:color w:val="888888"/>
                <w:sz w:val="18"/>
              </w:rPr>
              <w:t>Нет</w:t>
            </w:r>
            <w:proofErr w:type="spellEnd"/>
          </w:p>
        </w:tc>
      </w:tr>
      <w:tr w:rsidR="00E56751">
        <w:trPr>
          <w:cantSplit/>
          <w:jc w:val="center"/>
        </w:trPr>
        <w:tc>
          <w:tcPr>
            <w:tcW w:w="316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7F9FB"/>
            <w:vAlign w:val="center"/>
          </w:tcPr>
          <w:p w:rsidR="00E56751" w:rsidRDefault="00000000">
            <w:pPr>
              <w:spacing w:after="0"/>
            </w:pPr>
            <w:r>
              <w:rPr>
                <w:b/>
                <w:color w:val="244A70"/>
                <w:sz w:val="19"/>
              </w:rPr>
              <w:t>Текущий статус в США</w:t>
            </w:r>
          </w:p>
        </w:tc>
        <w:tc>
          <w:tcPr>
            <w:tcW w:w="6480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vAlign w:val="center"/>
          </w:tcPr>
          <w:p w:rsidR="00E56751" w:rsidRDefault="00000000">
            <w:pPr>
              <w:spacing w:after="0"/>
            </w:pPr>
            <w:r>
              <w:rPr>
                <w:i/>
                <w:color w:val="888888"/>
                <w:sz w:val="18"/>
              </w:rPr>
              <w:t>B-1/B-2, F-1, O-1, H-1B, parole, pending AOS и т.п.</w:t>
            </w:r>
          </w:p>
        </w:tc>
      </w:tr>
      <w:tr w:rsidR="00E56751">
        <w:trPr>
          <w:cantSplit/>
          <w:jc w:val="center"/>
        </w:trPr>
        <w:tc>
          <w:tcPr>
            <w:tcW w:w="316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7F9FB"/>
            <w:vAlign w:val="center"/>
          </w:tcPr>
          <w:p w:rsidR="00E56751" w:rsidRDefault="00000000">
            <w:pPr>
              <w:spacing w:after="0"/>
            </w:pPr>
            <w:r>
              <w:rPr>
                <w:b/>
                <w:color w:val="244A70"/>
                <w:sz w:val="19"/>
              </w:rPr>
              <w:t>Дата последнего въезда</w:t>
            </w:r>
          </w:p>
        </w:tc>
        <w:tc>
          <w:tcPr>
            <w:tcW w:w="6480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vAlign w:val="center"/>
          </w:tcPr>
          <w:p w:rsidR="00E56751" w:rsidRDefault="00000000">
            <w:pPr>
              <w:spacing w:after="0"/>
            </w:pPr>
            <w:r>
              <w:rPr>
                <w:i/>
                <w:color w:val="888888"/>
                <w:sz w:val="18"/>
              </w:rPr>
              <w:t>ДД.ММ.ГГГГ</w:t>
            </w:r>
          </w:p>
        </w:tc>
      </w:tr>
      <w:tr w:rsidR="00E56751" w:rsidRPr="00B276D0">
        <w:trPr>
          <w:cantSplit/>
          <w:jc w:val="center"/>
        </w:trPr>
        <w:tc>
          <w:tcPr>
            <w:tcW w:w="316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7F9FB"/>
            <w:vAlign w:val="center"/>
          </w:tcPr>
          <w:p w:rsidR="00E56751" w:rsidRDefault="00000000">
            <w:pPr>
              <w:spacing w:after="0"/>
            </w:pPr>
            <w:r>
              <w:rPr>
                <w:b/>
                <w:color w:val="244A70"/>
                <w:sz w:val="19"/>
              </w:rPr>
              <w:t>I-94 / authorized stay</w:t>
            </w:r>
          </w:p>
        </w:tc>
        <w:tc>
          <w:tcPr>
            <w:tcW w:w="6480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vAlign w:val="center"/>
          </w:tcPr>
          <w:p w:rsidR="00E56751" w:rsidRPr="00D55BA8" w:rsidRDefault="00000000">
            <w:pPr>
              <w:spacing w:after="0"/>
              <w:rPr>
                <w:lang w:val="ru-RU"/>
              </w:rPr>
            </w:pPr>
            <w:r w:rsidRPr="00D55BA8">
              <w:rPr>
                <w:i/>
                <w:color w:val="888888"/>
                <w:sz w:val="18"/>
                <w:lang w:val="ru-RU"/>
              </w:rPr>
              <w:t xml:space="preserve">Дата или </w:t>
            </w:r>
            <w:r>
              <w:rPr>
                <w:i/>
                <w:color w:val="888888"/>
                <w:sz w:val="18"/>
              </w:rPr>
              <w:t>D</w:t>
            </w:r>
            <w:r w:rsidRPr="00D55BA8">
              <w:rPr>
                <w:i/>
                <w:color w:val="888888"/>
                <w:sz w:val="18"/>
                <w:lang w:val="ru-RU"/>
              </w:rPr>
              <w:t>/</w:t>
            </w:r>
            <w:r>
              <w:rPr>
                <w:i/>
                <w:color w:val="888888"/>
                <w:sz w:val="18"/>
              </w:rPr>
              <w:t>S</w:t>
            </w:r>
            <w:r w:rsidRPr="00D55BA8">
              <w:rPr>
                <w:i/>
                <w:color w:val="888888"/>
                <w:sz w:val="18"/>
                <w:lang w:val="ru-RU"/>
              </w:rPr>
              <w:t>, если применимо</w:t>
            </w:r>
          </w:p>
        </w:tc>
      </w:tr>
      <w:tr w:rsidR="00E56751">
        <w:trPr>
          <w:cantSplit/>
          <w:jc w:val="center"/>
        </w:trPr>
        <w:tc>
          <w:tcPr>
            <w:tcW w:w="316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7F9FB"/>
            <w:vAlign w:val="center"/>
          </w:tcPr>
          <w:p w:rsidR="00E56751" w:rsidRDefault="00000000">
            <w:pPr>
              <w:spacing w:after="0"/>
            </w:pPr>
            <w:proofErr w:type="spellStart"/>
            <w:r>
              <w:rPr>
                <w:b/>
                <w:color w:val="244A70"/>
                <w:sz w:val="19"/>
              </w:rPr>
              <w:t>Предпочтительный</w:t>
            </w:r>
            <w:proofErr w:type="spellEnd"/>
            <w:r>
              <w:rPr>
                <w:b/>
                <w:color w:val="244A70"/>
                <w:sz w:val="19"/>
              </w:rPr>
              <w:t xml:space="preserve"> </w:t>
            </w:r>
            <w:proofErr w:type="spellStart"/>
            <w:r>
              <w:rPr>
                <w:b/>
                <w:color w:val="244A70"/>
                <w:sz w:val="19"/>
              </w:rPr>
              <w:t>процесс</w:t>
            </w:r>
            <w:proofErr w:type="spellEnd"/>
          </w:p>
        </w:tc>
        <w:tc>
          <w:tcPr>
            <w:tcW w:w="6480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vAlign w:val="center"/>
          </w:tcPr>
          <w:p w:rsidR="00E56751" w:rsidRDefault="00000000">
            <w:pPr>
              <w:spacing w:after="0"/>
            </w:pPr>
            <w:r>
              <w:rPr>
                <w:i/>
                <w:color w:val="888888"/>
                <w:sz w:val="18"/>
              </w:rPr>
              <w:t>Adjustment of Status / Consular Processing / не определено</w:t>
            </w:r>
          </w:p>
        </w:tc>
      </w:tr>
    </w:tbl>
    <w:p w:rsidR="00E56751" w:rsidRDefault="00E56751">
      <w:pPr>
        <w:spacing w:after="40"/>
      </w:pP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>Какие визы или статусы США у вас были ранее?</w:t>
      </w:r>
    </w:p>
    <w:p w:rsidR="00E56751" w:rsidRPr="00D55BA8" w:rsidRDefault="00000000">
      <w:pPr>
        <w:keepNext/>
        <w:spacing w:after="60" w:line="259" w:lineRule="auto"/>
        <w:rPr>
          <w:lang w:val="ru-RU"/>
        </w:rPr>
      </w:pPr>
      <w:r w:rsidRPr="00D55BA8">
        <w:rPr>
          <w:i/>
          <w:color w:val="666666"/>
          <w:sz w:val="18"/>
          <w:lang w:val="ru-RU"/>
        </w:rPr>
        <w:t>Тип, период, страна выдачи, даты въездов/выездов.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>Были ли отказы в визах США, отказ во въезде, отмена визы или иные иммиграционные проблемы?</w:t>
      </w:r>
    </w:p>
    <w:p w:rsidR="00E56751" w:rsidRPr="00D55BA8" w:rsidRDefault="00000000">
      <w:pPr>
        <w:keepNext/>
        <w:spacing w:after="80" w:line="259" w:lineRule="auto"/>
        <w:rPr>
          <w:lang w:val="ru-RU"/>
        </w:rPr>
      </w:pPr>
      <w:r w:rsidRPr="00D55BA8">
        <w:rPr>
          <w:color w:val="000000"/>
          <w:sz w:val="19"/>
          <w:lang w:val="ru-RU"/>
        </w:rPr>
        <w:t>☐ Да     ☐ Нет     ☐ Не уверен / требуется уточнение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 xml:space="preserve">Подавались ли ранее </w:t>
      </w:r>
      <w:r>
        <w:rPr>
          <w:b/>
          <w:color w:val="000000"/>
          <w:sz w:val="21"/>
        </w:rPr>
        <w:t>O</w:t>
      </w:r>
      <w:r w:rsidRPr="00D55BA8">
        <w:rPr>
          <w:b/>
          <w:color w:val="000000"/>
          <w:sz w:val="21"/>
          <w:lang w:val="ru-RU"/>
        </w:rPr>
        <w:t xml:space="preserve">-1, </w:t>
      </w:r>
      <w:r>
        <w:rPr>
          <w:b/>
          <w:color w:val="000000"/>
          <w:sz w:val="21"/>
        </w:rPr>
        <w:t>EB</w:t>
      </w:r>
      <w:r w:rsidRPr="00D55BA8">
        <w:rPr>
          <w:b/>
          <w:color w:val="000000"/>
          <w:sz w:val="21"/>
          <w:lang w:val="ru-RU"/>
        </w:rPr>
        <w:t>-1</w:t>
      </w:r>
      <w:r>
        <w:rPr>
          <w:b/>
          <w:color w:val="000000"/>
          <w:sz w:val="21"/>
        </w:rPr>
        <w:t>A</w:t>
      </w:r>
      <w:r w:rsidRPr="00D55BA8">
        <w:rPr>
          <w:b/>
          <w:color w:val="000000"/>
          <w:sz w:val="21"/>
          <w:lang w:val="ru-RU"/>
        </w:rPr>
        <w:t xml:space="preserve">, </w:t>
      </w:r>
      <w:r>
        <w:rPr>
          <w:b/>
          <w:color w:val="000000"/>
          <w:sz w:val="21"/>
        </w:rPr>
        <w:t>EB</w:t>
      </w:r>
      <w:r w:rsidRPr="00D55BA8">
        <w:rPr>
          <w:b/>
          <w:color w:val="000000"/>
          <w:sz w:val="21"/>
          <w:lang w:val="ru-RU"/>
        </w:rPr>
        <w:t xml:space="preserve">-2 </w:t>
      </w:r>
      <w:r>
        <w:rPr>
          <w:b/>
          <w:color w:val="000000"/>
          <w:sz w:val="21"/>
        </w:rPr>
        <w:t>NIW</w:t>
      </w:r>
      <w:r w:rsidRPr="00D55BA8">
        <w:rPr>
          <w:b/>
          <w:color w:val="000000"/>
          <w:sz w:val="21"/>
          <w:lang w:val="ru-RU"/>
        </w:rPr>
        <w:t xml:space="preserve">, другие </w:t>
      </w:r>
      <w:r>
        <w:rPr>
          <w:b/>
          <w:color w:val="000000"/>
          <w:sz w:val="21"/>
        </w:rPr>
        <w:t>I</w:t>
      </w:r>
      <w:r w:rsidRPr="00D55BA8">
        <w:rPr>
          <w:b/>
          <w:color w:val="000000"/>
          <w:sz w:val="21"/>
          <w:lang w:val="ru-RU"/>
        </w:rPr>
        <w:t>-140/</w:t>
      </w:r>
      <w:r>
        <w:rPr>
          <w:b/>
          <w:color w:val="000000"/>
          <w:sz w:val="21"/>
        </w:rPr>
        <w:t>I</w:t>
      </w:r>
      <w:r w:rsidRPr="00D55BA8">
        <w:rPr>
          <w:b/>
          <w:color w:val="000000"/>
          <w:sz w:val="21"/>
          <w:lang w:val="ru-RU"/>
        </w:rPr>
        <w:t>-129 или иммиграционные заявления?</w:t>
      </w:r>
    </w:p>
    <w:p w:rsidR="00E56751" w:rsidRPr="00D55BA8" w:rsidRDefault="00000000">
      <w:pPr>
        <w:keepNext/>
        <w:spacing w:after="60" w:line="259" w:lineRule="auto"/>
        <w:rPr>
          <w:lang w:val="ru-RU"/>
        </w:rPr>
      </w:pPr>
      <w:r w:rsidRPr="00D55BA8">
        <w:rPr>
          <w:i/>
          <w:color w:val="666666"/>
          <w:sz w:val="18"/>
          <w:lang w:val="ru-RU"/>
        </w:rPr>
        <w:t xml:space="preserve">Укажите даты, результат, </w:t>
      </w:r>
      <w:r>
        <w:rPr>
          <w:i/>
          <w:color w:val="666666"/>
          <w:sz w:val="18"/>
        </w:rPr>
        <w:t>receipt</w:t>
      </w:r>
      <w:r w:rsidRPr="00D55BA8">
        <w:rPr>
          <w:i/>
          <w:color w:val="666666"/>
          <w:sz w:val="18"/>
          <w:lang w:val="ru-RU"/>
        </w:rPr>
        <w:t xml:space="preserve"> </w:t>
      </w:r>
      <w:r>
        <w:rPr>
          <w:i/>
          <w:color w:val="666666"/>
          <w:sz w:val="18"/>
        </w:rPr>
        <w:t>number</w:t>
      </w:r>
      <w:r w:rsidRPr="00D55BA8">
        <w:rPr>
          <w:i/>
          <w:color w:val="666666"/>
          <w:sz w:val="18"/>
          <w:lang w:val="ru-RU"/>
        </w:rPr>
        <w:t xml:space="preserve"> при наличии, </w:t>
      </w:r>
      <w:r>
        <w:rPr>
          <w:i/>
          <w:color w:val="666666"/>
          <w:sz w:val="18"/>
        </w:rPr>
        <w:t>RFE</w:t>
      </w:r>
      <w:r w:rsidRPr="00D55BA8">
        <w:rPr>
          <w:i/>
          <w:color w:val="666666"/>
          <w:sz w:val="18"/>
          <w:lang w:val="ru-RU"/>
        </w:rPr>
        <w:t>/</w:t>
      </w:r>
      <w:r>
        <w:rPr>
          <w:i/>
          <w:color w:val="666666"/>
          <w:sz w:val="18"/>
        </w:rPr>
        <w:t>NOID</w:t>
      </w:r>
      <w:r w:rsidRPr="00D55BA8">
        <w:rPr>
          <w:i/>
          <w:color w:val="666666"/>
          <w:sz w:val="18"/>
          <w:lang w:val="ru-RU"/>
        </w:rPr>
        <w:t>/</w:t>
      </w:r>
      <w:r>
        <w:rPr>
          <w:i/>
          <w:color w:val="666666"/>
          <w:sz w:val="18"/>
        </w:rPr>
        <w:t>denial</w:t>
      </w:r>
      <w:r w:rsidRPr="00D55BA8">
        <w:rPr>
          <w:i/>
          <w:color w:val="666666"/>
          <w:sz w:val="18"/>
          <w:lang w:val="ru-RU"/>
        </w:rPr>
        <w:t xml:space="preserve"> и приложите решения.</w:t>
      </w:r>
    </w:p>
    <w:p w:rsidR="00E56751" w:rsidRPr="00D55BA8" w:rsidRDefault="00000000">
      <w:pPr>
        <w:keepNext/>
        <w:spacing w:after="80" w:line="259" w:lineRule="auto"/>
        <w:rPr>
          <w:lang w:val="ru-RU"/>
        </w:rPr>
      </w:pPr>
      <w:r w:rsidRPr="00D55BA8">
        <w:rPr>
          <w:color w:val="000000"/>
          <w:sz w:val="19"/>
          <w:lang w:val="ru-RU"/>
        </w:rPr>
        <w:t>☐ Да     ☐ Нет     ☐ Не уверен / требуется уточнение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p w:rsidR="00E56751" w:rsidRDefault="00000000">
      <w:pPr>
        <w:keepNext/>
        <w:spacing w:before="100" w:after="40"/>
      </w:pPr>
      <w:r>
        <w:rPr>
          <w:b/>
          <w:color w:val="000000"/>
          <w:sz w:val="21"/>
        </w:rPr>
        <w:lastRenderedPageBreak/>
        <w:t>Были ли когда-либо нарушения статуса, unauthorized employment, overstay, removal/deportation proceedings или иные вопросы соблюдения иммиграционных правил США?</w:t>
      </w:r>
    </w:p>
    <w:p w:rsidR="00E56751" w:rsidRPr="00D55BA8" w:rsidRDefault="00000000">
      <w:pPr>
        <w:keepNext/>
        <w:spacing w:after="60" w:line="259" w:lineRule="auto"/>
        <w:rPr>
          <w:lang w:val="ru-RU"/>
        </w:rPr>
      </w:pPr>
      <w:r w:rsidRPr="00D55BA8">
        <w:rPr>
          <w:i/>
          <w:color w:val="666666"/>
          <w:sz w:val="18"/>
          <w:lang w:val="ru-RU"/>
        </w:rPr>
        <w:t>Если да — укажите даты и обстоятельства. Не делайте юридических выводов самостоятельно.</w:t>
      </w:r>
    </w:p>
    <w:p w:rsidR="00E56751" w:rsidRPr="00D55BA8" w:rsidRDefault="00000000">
      <w:pPr>
        <w:keepNext/>
        <w:spacing w:after="80" w:line="259" w:lineRule="auto"/>
        <w:rPr>
          <w:lang w:val="ru-RU"/>
        </w:rPr>
      </w:pPr>
      <w:r w:rsidRPr="00D55BA8">
        <w:rPr>
          <w:color w:val="000000"/>
          <w:sz w:val="19"/>
          <w:lang w:val="ru-RU"/>
        </w:rPr>
        <w:t>☐ Да     ☐ Нет     ☐ Не уверен / требуется уточнение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>Были ли когда-либо аресты, обвинения, судимости или иные уголовно-правовые вопросы в любой стране?</w:t>
      </w:r>
    </w:p>
    <w:p w:rsidR="00E56751" w:rsidRPr="00D55BA8" w:rsidRDefault="00000000">
      <w:pPr>
        <w:keepNext/>
        <w:spacing w:after="60" w:line="259" w:lineRule="auto"/>
        <w:rPr>
          <w:lang w:val="ru-RU"/>
        </w:rPr>
      </w:pPr>
      <w:r w:rsidRPr="00D55BA8">
        <w:rPr>
          <w:i/>
          <w:color w:val="666666"/>
          <w:sz w:val="18"/>
          <w:lang w:val="ru-RU"/>
        </w:rPr>
        <w:t>Конфиденциально. Если да — кратко укажите страну, дату и исход; детали анализируются отдельно.</w:t>
      </w:r>
    </w:p>
    <w:p w:rsidR="00E56751" w:rsidRPr="00D55BA8" w:rsidRDefault="00000000">
      <w:pPr>
        <w:keepNext/>
        <w:spacing w:after="80" w:line="259" w:lineRule="auto"/>
        <w:rPr>
          <w:lang w:val="ru-RU"/>
        </w:rPr>
      </w:pPr>
      <w:r w:rsidRPr="00D55BA8">
        <w:rPr>
          <w:color w:val="000000"/>
          <w:sz w:val="19"/>
          <w:lang w:val="ru-RU"/>
        </w:rPr>
        <w:t>☐ Да     ☐ Нет     ☐ Не уверен / требуется уточнение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>В какие сроки вы рассматриваете начало работы над кейсом и предполагаемую подачу?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p w:rsidR="00E56751" w:rsidRDefault="00000000">
      <w:pPr>
        <w:keepNext/>
        <w:pBdr>
          <w:bottom w:val="single" w:sz="16" w:space="1" w:color="17365D"/>
        </w:pBdr>
        <w:spacing w:before="80" w:after="160"/>
      </w:pPr>
      <w:r>
        <w:rPr>
          <w:b/>
          <w:color w:val="17365D"/>
          <w:sz w:val="32"/>
        </w:rPr>
        <w:t>10. Инвентаризация доказательств</w:t>
      </w:r>
    </w:p>
    <w:p w:rsidR="00E56751" w:rsidRPr="00D55BA8" w:rsidRDefault="00000000">
      <w:pPr>
        <w:keepNext/>
        <w:spacing w:after="160" w:line="259" w:lineRule="auto"/>
        <w:rPr>
          <w:lang w:val="ru-RU"/>
        </w:rPr>
      </w:pPr>
      <w:r w:rsidRPr="00D55BA8">
        <w:rPr>
          <w:i/>
          <w:color w:val="666666"/>
          <w:sz w:val="19"/>
          <w:lang w:val="ru-RU"/>
        </w:rPr>
        <w:t>Отметьте, что уже доступно. Не обязательно иметь все пункты.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81"/>
        <w:gridCol w:w="4781"/>
      </w:tblGrid>
      <w:tr w:rsidR="00E56751" w:rsidRPr="00B276D0">
        <w:trPr>
          <w:cantSplit/>
          <w:jc w:val="center"/>
        </w:trPr>
        <w:tc>
          <w:tcPr>
            <w:tcW w:w="4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56751" w:rsidRPr="00D55BA8" w:rsidRDefault="00000000">
            <w:pPr>
              <w:spacing w:after="20"/>
              <w:rPr>
                <w:lang w:val="ru-RU"/>
              </w:rPr>
            </w:pPr>
            <w:r w:rsidRPr="00D55BA8">
              <w:rPr>
                <w:color w:val="000000"/>
                <w:sz w:val="17"/>
                <w:lang w:val="ru-RU"/>
              </w:rPr>
              <w:t xml:space="preserve">☐ Актуальное резюме / </w:t>
            </w:r>
            <w:r>
              <w:rPr>
                <w:color w:val="000000"/>
                <w:sz w:val="17"/>
              </w:rPr>
              <w:t>CV</w:t>
            </w:r>
            <w:r w:rsidRPr="00D55BA8">
              <w:rPr>
                <w:color w:val="000000"/>
                <w:sz w:val="17"/>
                <w:lang w:val="ru-RU"/>
              </w:rPr>
              <w:t xml:space="preserve"> с точными датами и должностями.</w:t>
            </w:r>
          </w:p>
        </w:tc>
        <w:tc>
          <w:tcPr>
            <w:tcW w:w="4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56751" w:rsidRPr="00D55BA8" w:rsidRDefault="00000000">
            <w:pPr>
              <w:spacing w:after="20"/>
              <w:rPr>
                <w:lang w:val="ru-RU"/>
              </w:rPr>
            </w:pPr>
            <w:r w:rsidRPr="00D55BA8">
              <w:rPr>
                <w:color w:val="000000"/>
                <w:sz w:val="17"/>
                <w:lang w:val="ru-RU"/>
              </w:rPr>
              <w:t xml:space="preserve">☐ Паспорт(а), визы США, </w:t>
            </w:r>
            <w:r>
              <w:rPr>
                <w:color w:val="000000"/>
                <w:sz w:val="17"/>
              </w:rPr>
              <w:t>I</w:t>
            </w:r>
            <w:r w:rsidRPr="00D55BA8">
              <w:rPr>
                <w:color w:val="000000"/>
                <w:sz w:val="17"/>
                <w:lang w:val="ru-RU"/>
              </w:rPr>
              <w:t>-94 и иммиграционные решения/</w:t>
            </w:r>
            <w:r>
              <w:rPr>
                <w:color w:val="000000"/>
                <w:sz w:val="17"/>
              </w:rPr>
              <w:t>receipt</w:t>
            </w:r>
            <w:r w:rsidRPr="00D55BA8">
              <w:rPr>
                <w:color w:val="000000"/>
                <w:sz w:val="17"/>
                <w:lang w:val="ru-RU"/>
              </w:rPr>
              <w:t xml:space="preserve"> </w:t>
            </w:r>
            <w:r>
              <w:rPr>
                <w:color w:val="000000"/>
                <w:sz w:val="17"/>
              </w:rPr>
              <w:t>notices</w:t>
            </w:r>
            <w:r w:rsidRPr="00D55BA8">
              <w:rPr>
                <w:color w:val="000000"/>
                <w:sz w:val="17"/>
                <w:lang w:val="ru-RU"/>
              </w:rPr>
              <w:t>.</w:t>
            </w:r>
          </w:p>
        </w:tc>
      </w:tr>
      <w:tr w:rsidR="00E56751" w:rsidRPr="00B276D0">
        <w:trPr>
          <w:cantSplit/>
          <w:jc w:val="center"/>
        </w:trPr>
        <w:tc>
          <w:tcPr>
            <w:tcW w:w="4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56751" w:rsidRDefault="00000000">
            <w:pPr>
              <w:spacing w:after="20"/>
            </w:pPr>
            <w:r>
              <w:rPr>
                <w:color w:val="000000"/>
                <w:sz w:val="17"/>
              </w:rPr>
              <w:t>☐ Дипломы, сертификаты, профессиональные лицензии.</w:t>
            </w:r>
          </w:p>
        </w:tc>
        <w:tc>
          <w:tcPr>
            <w:tcW w:w="4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56751" w:rsidRPr="00D55BA8" w:rsidRDefault="00000000">
            <w:pPr>
              <w:spacing w:after="20"/>
              <w:rPr>
                <w:lang w:val="ru-RU"/>
              </w:rPr>
            </w:pPr>
            <w:r w:rsidRPr="00D55BA8">
              <w:rPr>
                <w:color w:val="000000"/>
                <w:sz w:val="17"/>
                <w:lang w:val="ru-RU"/>
              </w:rPr>
              <w:t>☐ Награды: дипломы, сертификаты, положение, критерии отбора, сайт организатора, новости.</w:t>
            </w:r>
          </w:p>
        </w:tc>
      </w:tr>
      <w:tr w:rsidR="00E56751" w:rsidRPr="00B276D0">
        <w:trPr>
          <w:cantSplit/>
          <w:jc w:val="center"/>
        </w:trPr>
        <w:tc>
          <w:tcPr>
            <w:tcW w:w="4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56751" w:rsidRPr="00D55BA8" w:rsidRDefault="00000000">
            <w:pPr>
              <w:spacing w:after="20"/>
              <w:rPr>
                <w:lang w:val="ru-RU"/>
              </w:rPr>
            </w:pPr>
            <w:r w:rsidRPr="00D55BA8">
              <w:rPr>
                <w:color w:val="000000"/>
                <w:sz w:val="17"/>
                <w:lang w:val="ru-RU"/>
              </w:rPr>
              <w:t>☐ Ассоциации: подтверждение членства + официальные требования к вступлению.</w:t>
            </w:r>
          </w:p>
        </w:tc>
        <w:tc>
          <w:tcPr>
            <w:tcW w:w="4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56751" w:rsidRPr="00D55BA8" w:rsidRDefault="00000000">
            <w:pPr>
              <w:spacing w:after="20"/>
              <w:rPr>
                <w:lang w:val="ru-RU"/>
              </w:rPr>
            </w:pPr>
            <w:r w:rsidRPr="00D55BA8">
              <w:rPr>
                <w:color w:val="000000"/>
                <w:sz w:val="17"/>
                <w:lang w:val="ru-RU"/>
              </w:rPr>
              <w:t>☐ Публикации о заявителе: полные копии, ссылки, данные СМИ, автор/дата.</w:t>
            </w:r>
          </w:p>
        </w:tc>
      </w:tr>
      <w:tr w:rsidR="00E56751" w:rsidRPr="00B276D0">
        <w:trPr>
          <w:cantSplit/>
          <w:jc w:val="center"/>
        </w:trPr>
        <w:tc>
          <w:tcPr>
            <w:tcW w:w="4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56751" w:rsidRPr="00D55BA8" w:rsidRDefault="00000000">
            <w:pPr>
              <w:spacing w:after="20"/>
              <w:rPr>
                <w:lang w:val="ru-RU"/>
              </w:rPr>
            </w:pPr>
            <w:r w:rsidRPr="00D55BA8">
              <w:rPr>
                <w:color w:val="000000"/>
                <w:sz w:val="17"/>
                <w:lang w:val="ru-RU"/>
              </w:rPr>
              <w:t xml:space="preserve">☐ </w:t>
            </w:r>
            <w:r>
              <w:rPr>
                <w:color w:val="000000"/>
                <w:sz w:val="17"/>
              </w:rPr>
              <w:t>Judging</w:t>
            </w:r>
            <w:r w:rsidRPr="00D55BA8">
              <w:rPr>
                <w:color w:val="000000"/>
                <w:sz w:val="17"/>
                <w:lang w:val="ru-RU"/>
              </w:rPr>
              <w:t xml:space="preserve">: приглашения, программы, подтверждение фактической оценки, сертификаты, </w:t>
            </w:r>
            <w:r>
              <w:rPr>
                <w:color w:val="000000"/>
                <w:sz w:val="17"/>
              </w:rPr>
              <w:t>screenshots</w:t>
            </w:r>
            <w:r w:rsidRPr="00D55BA8">
              <w:rPr>
                <w:color w:val="000000"/>
                <w:sz w:val="17"/>
                <w:lang w:val="ru-RU"/>
              </w:rPr>
              <w:t>.</w:t>
            </w:r>
          </w:p>
        </w:tc>
        <w:tc>
          <w:tcPr>
            <w:tcW w:w="4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56751" w:rsidRPr="00D55BA8" w:rsidRDefault="00000000">
            <w:pPr>
              <w:spacing w:after="20"/>
              <w:rPr>
                <w:lang w:val="ru-RU"/>
              </w:rPr>
            </w:pPr>
            <w:r w:rsidRPr="00D55BA8">
              <w:rPr>
                <w:color w:val="000000"/>
                <w:sz w:val="17"/>
                <w:lang w:val="ru-RU"/>
              </w:rPr>
              <w:t xml:space="preserve">☐ </w:t>
            </w:r>
            <w:r>
              <w:rPr>
                <w:color w:val="000000"/>
                <w:sz w:val="17"/>
              </w:rPr>
              <w:t>Original</w:t>
            </w:r>
            <w:r w:rsidRPr="00D55BA8">
              <w:rPr>
                <w:color w:val="000000"/>
                <w:sz w:val="17"/>
                <w:lang w:val="ru-RU"/>
              </w:rPr>
              <w:t xml:space="preserve"> </w:t>
            </w:r>
            <w:r>
              <w:rPr>
                <w:color w:val="000000"/>
                <w:sz w:val="17"/>
              </w:rPr>
              <w:t>contributions</w:t>
            </w:r>
            <w:r w:rsidRPr="00D55BA8">
              <w:rPr>
                <w:color w:val="000000"/>
                <w:sz w:val="17"/>
                <w:lang w:val="ru-RU"/>
              </w:rPr>
              <w:t xml:space="preserve">: документы, патенты, внедрения, </w:t>
            </w:r>
            <w:r>
              <w:rPr>
                <w:color w:val="000000"/>
                <w:sz w:val="17"/>
              </w:rPr>
              <w:t>revenue</w:t>
            </w:r>
            <w:r w:rsidRPr="00D55BA8">
              <w:rPr>
                <w:color w:val="000000"/>
                <w:sz w:val="17"/>
                <w:lang w:val="ru-RU"/>
              </w:rPr>
              <w:t>/</w:t>
            </w:r>
            <w:r>
              <w:rPr>
                <w:color w:val="000000"/>
                <w:sz w:val="17"/>
              </w:rPr>
              <w:t>user</w:t>
            </w:r>
            <w:r w:rsidRPr="00D55BA8">
              <w:rPr>
                <w:color w:val="000000"/>
                <w:sz w:val="17"/>
                <w:lang w:val="ru-RU"/>
              </w:rPr>
              <w:t xml:space="preserve"> </w:t>
            </w:r>
            <w:r>
              <w:rPr>
                <w:color w:val="000000"/>
                <w:sz w:val="17"/>
              </w:rPr>
              <w:t>metrics</w:t>
            </w:r>
            <w:r w:rsidRPr="00D55BA8">
              <w:rPr>
                <w:color w:val="000000"/>
                <w:sz w:val="17"/>
                <w:lang w:val="ru-RU"/>
              </w:rPr>
              <w:t>, цитирования, независимые подтверждения.</w:t>
            </w:r>
          </w:p>
        </w:tc>
      </w:tr>
      <w:tr w:rsidR="00E56751" w:rsidRPr="00B276D0">
        <w:trPr>
          <w:cantSplit/>
          <w:jc w:val="center"/>
        </w:trPr>
        <w:tc>
          <w:tcPr>
            <w:tcW w:w="4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56751" w:rsidRPr="00D55BA8" w:rsidRDefault="00000000">
            <w:pPr>
              <w:spacing w:after="20"/>
              <w:rPr>
                <w:lang w:val="ru-RU"/>
              </w:rPr>
            </w:pPr>
            <w:r w:rsidRPr="00D55BA8">
              <w:rPr>
                <w:color w:val="000000"/>
                <w:sz w:val="17"/>
                <w:lang w:val="ru-RU"/>
              </w:rPr>
              <w:t xml:space="preserve">☐ Авторские статьи: публикации, ссылки, </w:t>
            </w:r>
            <w:r>
              <w:rPr>
                <w:color w:val="000000"/>
                <w:sz w:val="17"/>
              </w:rPr>
              <w:t>index</w:t>
            </w:r>
            <w:r w:rsidRPr="00D55BA8">
              <w:rPr>
                <w:color w:val="000000"/>
                <w:sz w:val="17"/>
                <w:lang w:val="ru-RU"/>
              </w:rPr>
              <w:t>/</w:t>
            </w:r>
            <w:r>
              <w:rPr>
                <w:color w:val="000000"/>
                <w:sz w:val="17"/>
              </w:rPr>
              <w:t>citations</w:t>
            </w:r>
            <w:r w:rsidRPr="00D55BA8">
              <w:rPr>
                <w:color w:val="000000"/>
                <w:sz w:val="17"/>
                <w:lang w:val="ru-RU"/>
              </w:rPr>
              <w:t>, информация об изданиях.</w:t>
            </w:r>
          </w:p>
        </w:tc>
        <w:tc>
          <w:tcPr>
            <w:tcW w:w="4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56751" w:rsidRPr="00D55BA8" w:rsidRDefault="00000000">
            <w:pPr>
              <w:spacing w:after="20"/>
              <w:rPr>
                <w:lang w:val="ru-RU"/>
              </w:rPr>
            </w:pPr>
            <w:r w:rsidRPr="00D55BA8">
              <w:rPr>
                <w:color w:val="000000"/>
                <w:sz w:val="17"/>
                <w:lang w:val="ru-RU"/>
              </w:rPr>
              <w:t xml:space="preserve">☐ </w:t>
            </w:r>
            <w:r>
              <w:rPr>
                <w:color w:val="000000"/>
                <w:sz w:val="17"/>
              </w:rPr>
              <w:t>Artistic</w:t>
            </w:r>
            <w:r w:rsidRPr="00D55BA8">
              <w:rPr>
                <w:color w:val="000000"/>
                <w:sz w:val="17"/>
                <w:lang w:val="ru-RU"/>
              </w:rPr>
              <w:t xml:space="preserve"> </w:t>
            </w:r>
            <w:r>
              <w:rPr>
                <w:color w:val="000000"/>
                <w:sz w:val="17"/>
              </w:rPr>
              <w:t>exhibitions</w:t>
            </w:r>
            <w:r w:rsidRPr="00D55BA8">
              <w:rPr>
                <w:color w:val="000000"/>
                <w:sz w:val="17"/>
                <w:lang w:val="ru-RU"/>
              </w:rPr>
              <w:t>/</w:t>
            </w:r>
            <w:r>
              <w:rPr>
                <w:color w:val="000000"/>
                <w:sz w:val="17"/>
              </w:rPr>
              <w:t>showcases</w:t>
            </w:r>
            <w:r w:rsidRPr="00D55BA8">
              <w:rPr>
                <w:color w:val="000000"/>
                <w:sz w:val="17"/>
                <w:lang w:val="ru-RU"/>
              </w:rPr>
              <w:t>: программы, каталоги, фотографии, отбор, публикации.</w:t>
            </w:r>
          </w:p>
        </w:tc>
      </w:tr>
      <w:tr w:rsidR="00E56751">
        <w:trPr>
          <w:cantSplit/>
          <w:jc w:val="center"/>
        </w:trPr>
        <w:tc>
          <w:tcPr>
            <w:tcW w:w="4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56751" w:rsidRDefault="00000000">
            <w:pPr>
              <w:spacing w:after="20"/>
            </w:pPr>
            <w:r>
              <w:rPr>
                <w:color w:val="000000"/>
                <w:sz w:val="17"/>
              </w:rPr>
              <w:t>☐ Leading/critical role: employment records, org charts, KPI/results, company reputation evidence.</w:t>
            </w:r>
          </w:p>
        </w:tc>
        <w:tc>
          <w:tcPr>
            <w:tcW w:w="4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56751" w:rsidRDefault="00000000">
            <w:pPr>
              <w:spacing w:after="20"/>
            </w:pPr>
            <w:r>
              <w:rPr>
                <w:color w:val="000000"/>
                <w:sz w:val="17"/>
              </w:rPr>
              <w:t>☐ High remuneration: tax/payroll/contract evidence + объективные salary benchmarks.</w:t>
            </w:r>
          </w:p>
        </w:tc>
      </w:tr>
      <w:tr w:rsidR="00E56751" w:rsidRPr="00B276D0">
        <w:trPr>
          <w:cantSplit/>
          <w:jc w:val="center"/>
        </w:trPr>
        <w:tc>
          <w:tcPr>
            <w:tcW w:w="4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56751" w:rsidRDefault="00000000">
            <w:pPr>
              <w:spacing w:after="20"/>
            </w:pPr>
            <w:r>
              <w:rPr>
                <w:color w:val="000000"/>
                <w:sz w:val="17"/>
              </w:rPr>
              <w:t>☐ Performing arts commercial success: box office/sales/streaming/industry data.</w:t>
            </w:r>
          </w:p>
        </w:tc>
        <w:tc>
          <w:tcPr>
            <w:tcW w:w="4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56751" w:rsidRPr="00D55BA8" w:rsidRDefault="00000000">
            <w:pPr>
              <w:spacing w:after="20"/>
              <w:rPr>
                <w:lang w:val="ru-RU"/>
              </w:rPr>
            </w:pPr>
            <w:r w:rsidRPr="00D55BA8">
              <w:rPr>
                <w:color w:val="000000"/>
                <w:sz w:val="17"/>
                <w:lang w:val="ru-RU"/>
              </w:rPr>
              <w:t xml:space="preserve">☐ </w:t>
            </w:r>
            <w:proofErr w:type="spellStart"/>
            <w:r w:rsidRPr="00D55BA8">
              <w:rPr>
                <w:color w:val="000000"/>
                <w:sz w:val="17"/>
                <w:lang w:val="ru-RU"/>
              </w:rPr>
              <w:t>Рекомендатели</w:t>
            </w:r>
            <w:proofErr w:type="spellEnd"/>
            <w:r w:rsidRPr="00D55BA8">
              <w:rPr>
                <w:color w:val="000000"/>
                <w:sz w:val="17"/>
                <w:lang w:val="ru-RU"/>
              </w:rPr>
              <w:t xml:space="preserve">: </w:t>
            </w:r>
            <w:r>
              <w:rPr>
                <w:color w:val="000000"/>
                <w:sz w:val="17"/>
              </w:rPr>
              <w:t>CV</w:t>
            </w:r>
            <w:r w:rsidRPr="00D55BA8">
              <w:rPr>
                <w:color w:val="000000"/>
                <w:sz w:val="17"/>
                <w:lang w:val="ru-RU"/>
              </w:rPr>
              <w:t>/</w:t>
            </w:r>
            <w:r>
              <w:rPr>
                <w:color w:val="000000"/>
                <w:sz w:val="17"/>
              </w:rPr>
              <w:t>bio</w:t>
            </w:r>
            <w:r w:rsidRPr="00D55BA8">
              <w:rPr>
                <w:color w:val="000000"/>
                <w:sz w:val="17"/>
                <w:lang w:val="ru-RU"/>
              </w:rPr>
              <w:t>, профили, контактные данные, связь с заявителем.</w:t>
            </w:r>
          </w:p>
        </w:tc>
      </w:tr>
      <w:tr w:rsidR="00E56751" w:rsidRPr="00B276D0">
        <w:trPr>
          <w:cantSplit/>
          <w:jc w:val="center"/>
        </w:trPr>
        <w:tc>
          <w:tcPr>
            <w:tcW w:w="4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56751" w:rsidRDefault="00000000">
            <w:pPr>
              <w:spacing w:after="20"/>
            </w:pPr>
            <w:r>
              <w:rPr>
                <w:color w:val="000000"/>
                <w:sz w:val="17"/>
              </w:rPr>
              <w:t xml:space="preserve">☐ </w:t>
            </w:r>
            <w:proofErr w:type="spellStart"/>
            <w:r>
              <w:rPr>
                <w:color w:val="000000"/>
                <w:sz w:val="17"/>
              </w:rPr>
              <w:t>Будущая</w:t>
            </w:r>
            <w:proofErr w:type="spellEnd"/>
            <w:r>
              <w:rPr>
                <w:color w:val="000000"/>
                <w:sz w:val="17"/>
              </w:rPr>
              <w:t xml:space="preserve"> </w:t>
            </w:r>
            <w:proofErr w:type="spellStart"/>
            <w:r>
              <w:rPr>
                <w:color w:val="000000"/>
                <w:sz w:val="17"/>
              </w:rPr>
              <w:t>работа</w:t>
            </w:r>
            <w:proofErr w:type="spellEnd"/>
            <w:r>
              <w:rPr>
                <w:color w:val="000000"/>
                <w:sz w:val="17"/>
              </w:rPr>
              <w:t xml:space="preserve"> в США: offers, contracts, LOIs, client letters, business plan, project plans.</w:t>
            </w:r>
          </w:p>
        </w:tc>
        <w:tc>
          <w:tcPr>
            <w:tcW w:w="4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56751" w:rsidRPr="00D55BA8" w:rsidRDefault="00000000">
            <w:pPr>
              <w:spacing w:after="20"/>
              <w:rPr>
                <w:lang w:val="ru-RU"/>
              </w:rPr>
            </w:pPr>
            <w:r w:rsidRPr="00D55BA8">
              <w:rPr>
                <w:color w:val="000000"/>
                <w:sz w:val="17"/>
                <w:lang w:val="ru-RU"/>
              </w:rPr>
              <w:t>☐ Переводы документов и оригиналы на языке источника.</w:t>
            </w:r>
          </w:p>
        </w:tc>
      </w:tr>
    </w:tbl>
    <w:p w:rsidR="00E56751" w:rsidRPr="00D55BA8" w:rsidRDefault="00E56751">
      <w:pPr>
        <w:spacing w:after="20"/>
        <w:rPr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20"/>
        <w:gridCol w:w="7128"/>
      </w:tblGrid>
      <w:tr w:rsidR="00E56751">
        <w:trPr>
          <w:cantSplit/>
          <w:jc w:val="center"/>
        </w:trPr>
        <w:tc>
          <w:tcPr>
            <w:tcW w:w="2520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7F9FB"/>
            <w:vAlign w:val="center"/>
          </w:tcPr>
          <w:p w:rsidR="00E56751" w:rsidRDefault="00000000">
            <w:pPr>
              <w:spacing w:after="0"/>
            </w:pPr>
            <w:proofErr w:type="spellStart"/>
            <w:r>
              <w:rPr>
                <w:b/>
                <w:color w:val="244A70"/>
                <w:sz w:val="19"/>
              </w:rPr>
              <w:t>Папка</w:t>
            </w:r>
            <w:proofErr w:type="spellEnd"/>
            <w:r>
              <w:rPr>
                <w:b/>
                <w:color w:val="244A70"/>
                <w:sz w:val="19"/>
              </w:rPr>
              <w:t xml:space="preserve"> с </w:t>
            </w:r>
            <w:proofErr w:type="spellStart"/>
            <w:r>
              <w:rPr>
                <w:b/>
                <w:color w:val="244A70"/>
                <w:sz w:val="19"/>
              </w:rPr>
              <w:t>материалами</w:t>
            </w:r>
            <w:proofErr w:type="spellEnd"/>
          </w:p>
        </w:tc>
        <w:tc>
          <w:tcPr>
            <w:tcW w:w="712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vAlign w:val="center"/>
          </w:tcPr>
          <w:p w:rsidR="00E56751" w:rsidRDefault="00000000">
            <w:pPr>
              <w:spacing w:after="0"/>
            </w:pPr>
            <w:r>
              <w:rPr>
                <w:i/>
                <w:color w:val="888888"/>
                <w:sz w:val="18"/>
              </w:rPr>
              <w:t>Ссылка на Google Drive / Dropbox / иное</w:t>
            </w:r>
          </w:p>
        </w:tc>
      </w:tr>
      <w:tr w:rsidR="00E56751" w:rsidRPr="00B276D0">
        <w:trPr>
          <w:cantSplit/>
          <w:jc w:val="center"/>
        </w:trPr>
        <w:tc>
          <w:tcPr>
            <w:tcW w:w="2520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7F9FB"/>
            <w:vAlign w:val="center"/>
          </w:tcPr>
          <w:p w:rsidR="00E56751" w:rsidRDefault="00000000">
            <w:pPr>
              <w:spacing w:after="0"/>
            </w:pPr>
            <w:r>
              <w:rPr>
                <w:b/>
                <w:color w:val="244A70"/>
                <w:sz w:val="19"/>
              </w:rPr>
              <w:t>Что сложно получить</w:t>
            </w:r>
          </w:p>
        </w:tc>
        <w:tc>
          <w:tcPr>
            <w:tcW w:w="712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vAlign w:val="center"/>
          </w:tcPr>
          <w:p w:rsidR="00E56751" w:rsidRPr="00D55BA8" w:rsidRDefault="00000000">
            <w:pPr>
              <w:spacing w:after="0"/>
              <w:rPr>
                <w:lang w:val="ru-RU"/>
              </w:rPr>
            </w:pPr>
            <w:r w:rsidRPr="00D55BA8">
              <w:rPr>
                <w:i/>
                <w:color w:val="888888"/>
                <w:sz w:val="18"/>
                <w:lang w:val="ru-RU"/>
              </w:rPr>
              <w:t>Кратко перечислите отсутствующие или труднодоступные документы</w:t>
            </w:r>
          </w:p>
        </w:tc>
      </w:tr>
    </w:tbl>
    <w:p w:rsidR="00E56751" w:rsidRPr="00D55BA8" w:rsidRDefault="00E56751">
      <w:pPr>
        <w:spacing w:after="40"/>
        <w:rPr>
          <w:lang w:val="ru-RU"/>
        </w:rPr>
      </w:pPr>
    </w:p>
    <w:p w:rsidR="00E56751" w:rsidRPr="00D55BA8" w:rsidRDefault="00000000">
      <w:pPr>
        <w:rPr>
          <w:lang w:val="ru-RU"/>
        </w:rPr>
      </w:pPr>
      <w:r w:rsidRPr="00D55BA8">
        <w:rPr>
          <w:lang w:val="ru-RU"/>
        </w:rPr>
        <w:br w:type="page"/>
      </w:r>
    </w:p>
    <w:p w:rsidR="00E56751" w:rsidRPr="00D55BA8" w:rsidRDefault="00000000">
      <w:pPr>
        <w:keepNext/>
        <w:pBdr>
          <w:bottom w:val="single" w:sz="16" w:space="1" w:color="17365D"/>
        </w:pBdr>
        <w:spacing w:before="80" w:after="160"/>
        <w:rPr>
          <w:lang w:val="ru-RU"/>
        </w:rPr>
      </w:pPr>
      <w:r w:rsidRPr="00D55BA8">
        <w:rPr>
          <w:b/>
          <w:color w:val="17365D"/>
          <w:sz w:val="32"/>
          <w:lang w:val="ru-RU"/>
        </w:rPr>
        <w:lastRenderedPageBreak/>
        <w:t>11. Служебная часть — предварительная оценка специалистом</w:t>
      </w:r>
    </w:p>
    <w:p w:rsidR="00E56751" w:rsidRPr="00D55BA8" w:rsidRDefault="00000000">
      <w:pPr>
        <w:keepNext/>
        <w:spacing w:after="160" w:line="259" w:lineRule="auto"/>
        <w:rPr>
          <w:lang w:val="ru-RU"/>
        </w:rPr>
      </w:pPr>
      <w:r w:rsidRPr="00D55BA8">
        <w:rPr>
          <w:i/>
          <w:color w:val="666666"/>
          <w:sz w:val="19"/>
          <w:lang w:val="ru-RU"/>
        </w:rPr>
        <w:t>Заполняется после анализа ответов и документов.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2"/>
      </w:tblGrid>
      <w:tr w:rsidR="00E56751" w:rsidRPr="00B276D0">
        <w:trPr>
          <w:cantSplit/>
          <w:jc w:val="center"/>
        </w:trPr>
        <w:tc>
          <w:tcPr>
            <w:tcW w:w="9922" w:type="dxa"/>
            <w:tcBorders>
              <w:top w:val="single" w:sz="8" w:space="0" w:color="17365D"/>
              <w:left w:val="single" w:sz="16" w:space="0" w:color="17365D"/>
              <w:bottom w:val="single" w:sz="8" w:space="0" w:color="17365D"/>
              <w:right w:val="single" w:sz="8" w:space="0" w:color="17365D"/>
            </w:tcBorders>
            <w:shd w:val="clear" w:color="auto" w:fill="EEF4F8"/>
          </w:tcPr>
          <w:p w:rsidR="00E56751" w:rsidRPr="00D55BA8" w:rsidRDefault="00000000">
            <w:pPr>
              <w:spacing w:after="40"/>
              <w:rPr>
                <w:lang w:val="ru-RU"/>
              </w:rPr>
            </w:pPr>
            <w:r w:rsidRPr="00D55BA8">
              <w:rPr>
                <w:b/>
                <w:color w:val="17365D"/>
                <w:lang w:val="ru-RU"/>
              </w:rPr>
              <w:t>Цель этого блока</w:t>
            </w:r>
          </w:p>
          <w:p w:rsidR="00E56751" w:rsidRPr="00D55BA8" w:rsidRDefault="00000000">
            <w:pPr>
              <w:spacing w:after="0" w:line="254" w:lineRule="auto"/>
              <w:rPr>
                <w:lang w:val="ru-RU"/>
              </w:rPr>
            </w:pPr>
            <w:r w:rsidRPr="00D55BA8">
              <w:rPr>
                <w:color w:val="000000"/>
                <w:sz w:val="18"/>
                <w:lang w:val="ru-RU"/>
              </w:rPr>
              <w:t xml:space="preserve">Не просто посчитать критерии, а определить наиболее доказуемую теорию кейса, качество независимых источников, </w:t>
            </w:r>
            <w:r>
              <w:rPr>
                <w:color w:val="000000"/>
                <w:sz w:val="18"/>
              </w:rPr>
              <w:t>sustained</w:t>
            </w:r>
            <w:r w:rsidRPr="00D55BA8">
              <w:rPr>
                <w:color w:val="000000"/>
                <w:sz w:val="18"/>
                <w:lang w:val="ru-RU"/>
              </w:rPr>
              <w:t xml:space="preserve"> </w:t>
            </w:r>
            <w:r>
              <w:rPr>
                <w:color w:val="000000"/>
                <w:sz w:val="18"/>
              </w:rPr>
              <w:t>acclaim</w:t>
            </w:r>
            <w:r w:rsidRPr="00D55BA8">
              <w:rPr>
                <w:color w:val="000000"/>
                <w:sz w:val="18"/>
                <w:lang w:val="ru-RU"/>
              </w:rPr>
              <w:t xml:space="preserve">, </w:t>
            </w:r>
            <w:r>
              <w:rPr>
                <w:color w:val="000000"/>
                <w:sz w:val="18"/>
              </w:rPr>
              <w:t>field</w:t>
            </w:r>
            <w:r w:rsidRPr="00D55BA8">
              <w:rPr>
                <w:color w:val="000000"/>
                <w:sz w:val="18"/>
                <w:lang w:val="ru-RU"/>
              </w:rPr>
              <w:t xml:space="preserve"> </w:t>
            </w:r>
            <w:r>
              <w:rPr>
                <w:color w:val="000000"/>
                <w:sz w:val="18"/>
              </w:rPr>
              <w:t>consistency</w:t>
            </w:r>
            <w:r w:rsidRPr="00D55BA8">
              <w:rPr>
                <w:color w:val="000000"/>
                <w:sz w:val="18"/>
                <w:lang w:val="ru-RU"/>
              </w:rPr>
              <w:t xml:space="preserve">, доказательства продолжения работы в США и потенциальные </w:t>
            </w:r>
            <w:r>
              <w:rPr>
                <w:color w:val="000000"/>
                <w:sz w:val="18"/>
              </w:rPr>
              <w:t>RFE</w:t>
            </w:r>
            <w:r w:rsidRPr="00D55BA8">
              <w:rPr>
                <w:color w:val="000000"/>
                <w:sz w:val="18"/>
                <w:lang w:val="ru-RU"/>
              </w:rPr>
              <w:t>/</w:t>
            </w:r>
            <w:r>
              <w:rPr>
                <w:color w:val="000000"/>
                <w:sz w:val="18"/>
              </w:rPr>
              <w:t>NOID</w:t>
            </w:r>
            <w:r w:rsidRPr="00D55BA8">
              <w:rPr>
                <w:color w:val="000000"/>
                <w:sz w:val="18"/>
                <w:lang w:val="ru-RU"/>
              </w:rPr>
              <w:t xml:space="preserve"> </w:t>
            </w:r>
            <w:r>
              <w:rPr>
                <w:color w:val="000000"/>
                <w:sz w:val="18"/>
              </w:rPr>
              <w:t>risks</w:t>
            </w:r>
            <w:r w:rsidRPr="00D55BA8">
              <w:rPr>
                <w:color w:val="000000"/>
                <w:sz w:val="18"/>
                <w:lang w:val="ru-RU"/>
              </w:rPr>
              <w:t>.</w:t>
            </w:r>
          </w:p>
        </w:tc>
      </w:tr>
    </w:tbl>
    <w:p w:rsidR="00E56751" w:rsidRPr="00D55BA8" w:rsidRDefault="00E56751">
      <w:pPr>
        <w:spacing w:after="40"/>
        <w:rPr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88"/>
        <w:gridCol w:w="1152"/>
        <w:gridCol w:w="2952"/>
        <w:gridCol w:w="1296"/>
        <w:gridCol w:w="2232"/>
      </w:tblGrid>
      <w:tr w:rsidR="00E56751">
        <w:trPr>
          <w:tblHeader/>
          <w:jc w:val="center"/>
        </w:trPr>
        <w:tc>
          <w:tcPr>
            <w:tcW w:w="2088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  <w:shd w:val="clear" w:color="auto" w:fill="17365D"/>
          </w:tcPr>
          <w:p w:rsidR="00E56751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5"/>
              </w:rPr>
              <w:t>Элемент</w:t>
            </w:r>
            <w:proofErr w:type="spellEnd"/>
          </w:p>
        </w:tc>
        <w:tc>
          <w:tcPr>
            <w:tcW w:w="115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  <w:shd w:val="clear" w:color="auto" w:fill="17365D"/>
          </w:tcPr>
          <w:p w:rsidR="00E56751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Оценка</w:t>
            </w:r>
          </w:p>
        </w:tc>
        <w:tc>
          <w:tcPr>
            <w:tcW w:w="295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  <w:shd w:val="clear" w:color="auto" w:fill="17365D"/>
          </w:tcPr>
          <w:p w:rsidR="00E56751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Ключевые доказательства</w:t>
            </w:r>
          </w:p>
        </w:tc>
        <w:tc>
          <w:tcPr>
            <w:tcW w:w="1296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  <w:shd w:val="clear" w:color="auto" w:fill="17365D"/>
          </w:tcPr>
          <w:p w:rsidR="00E56751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Независимость</w:t>
            </w:r>
          </w:p>
        </w:tc>
        <w:tc>
          <w:tcPr>
            <w:tcW w:w="223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  <w:shd w:val="clear" w:color="auto" w:fill="17365D"/>
          </w:tcPr>
          <w:p w:rsidR="00E56751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Пробел / риск</w:t>
            </w:r>
          </w:p>
        </w:tc>
      </w:tr>
      <w:tr w:rsidR="00E56751">
        <w:trPr>
          <w:cantSplit/>
          <w:jc w:val="center"/>
        </w:trPr>
        <w:tc>
          <w:tcPr>
            <w:tcW w:w="2088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b/>
                <w:color w:val="000000"/>
                <w:sz w:val="15"/>
              </w:rPr>
              <w:t>One-time achievement</w:t>
            </w:r>
          </w:p>
        </w:tc>
        <w:tc>
          <w:tcPr>
            <w:tcW w:w="115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i/>
                <w:color w:val="666666"/>
                <w:sz w:val="13"/>
              </w:rPr>
              <w:t>Strong / Medium / Weak / ?</w:t>
            </w:r>
          </w:p>
        </w:tc>
        <w:tc>
          <w:tcPr>
            <w:tcW w:w="295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 xml:space="preserve"> </w:t>
            </w:r>
          </w:p>
        </w:tc>
        <w:tc>
          <w:tcPr>
            <w:tcW w:w="1296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 xml:space="preserve"> </w:t>
            </w:r>
          </w:p>
        </w:tc>
        <w:tc>
          <w:tcPr>
            <w:tcW w:w="223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 xml:space="preserve"> </w:t>
            </w:r>
          </w:p>
        </w:tc>
      </w:tr>
      <w:tr w:rsidR="00E56751">
        <w:trPr>
          <w:cantSplit/>
          <w:jc w:val="center"/>
        </w:trPr>
        <w:tc>
          <w:tcPr>
            <w:tcW w:w="2088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b/>
                <w:color w:val="000000"/>
                <w:sz w:val="15"/>
              </w:rPr>
              <w:t>1. Награды</w:t>
            </w:r>
          </w:p>
        </w:tc>
        <w:tc>
          <w:tcPr>
            <w:tcW w:w="115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i/>
                <w:color w:val="666666"/>
                <w:sz w:val="13"/>
              </w:rPr>
              <w:t>Strong / Medium / Weak / ?</w:t>
            </w:r>
          </w:p>
        </w:tc>
        <w:tc>
          <w:tcPr>
            <w:tcW w:w="295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 xml:space="preserve"> </w:t>
            </w:r>
          </w:p>
        </w:tc>
        <w:tc>
          <w:tcPr>
            <w:tcW w:w="1296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 xml:space="preserve"> </w:t>
            </w:r>
          </w:p>
        </w:tc>
        <w:tc>
          <w:tcPr>
            <w:tcW w:w="223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 xml:space="preserve"> </w:t>
            </w:r>
          </w:p>
        </w:tc>
      </w:tr>
      <w:tr w:rsidR="00E56751">
        <w:trPr>
          <w:cantSplit/>
          <w:jc w:val="center"/>
        </w:trPr>
        <w:tc>
          <w:tcPr>
            <w:tcW w:w="2088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b/>
                <w:color w:val="000000"/>
                <w:sz w:val="15"/>
              </w:rPr>
              <w:t>2. Членство</w:t>
            </w:r>
          </w:p>
        </w:tc>
        <w:tc>
          <w:tcPr>
            <w:tcW w:w="115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i/>
                <w:color w:val="666666"/>
                <w:sz w:val="13"/>
              </w:rPr>
              <w:t>Strong / Medium / Weak / ?</w:t>
            </w:r>
          </w:p>
        </w:tc>
        <w:tc>
          <w:tcPr>
            <w:tcW w:w="295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 xml:space="preserve"> </w:t>
            </w:r>
          </w:p>
        </w:tc>
        <w:tc>
          <w:tcPr>
            <w:tcW w:w="1296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 xml:space="preserve"> </w:t>
            </w:r>
          </w:p>
        </w:tc>
        <w:tc>
          <w:tcPr>
            <w:tcW w:w="223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 xml:space="preserve"> </w:t>
            </w:r>
          </w:p>
        </w:tc>
      </w:tr>
      <w:tr w:rsidR="00E56751">
        <w:trPr>
          <w:cantSplit/>
          <w:jc w:val="center"/>
        </w:trPr>
        <w:tc>
          <w:tcPr>
            <w:tcW w:w="2088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b/>
                <w:color w:val="000000"/>
                <w:sz w:val="15"/>
              </w:rPr>
              <w:t>3. Published material</w:t>
            </w:r>
          </w:p>
        </w:tc>
        <w:tc>
          <w:tcPr>
            <w:tcW w:w="115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i/>
                <w:color w:val="666666"/>
                <w:sz w:val="13"/>
              </w:rPr>
              <w:t>Strong / Medium / Weak / ?</w:t>
            </w:r>
          </w:p>
        </w:tc>
        <w:tc>
          <w:tcPr>
            <w:tcW w:w="295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 xml:space="preserve"> </w:t>
            </w:r>
          </w:p>
        </w:tc>
        <w:tc>
          <w:tcPr>
            <w:tcW w:w="1296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 xml:space="preserve"> </w:t>
            </w:r>
          </w:p>
        </w:tc>
        <w:tc>
          <w:tcPr>
            <w:tcW w:w="223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 xml:space="preserve"> </w:t>
            </w:r>
          </w:p>
        </w:tc>
      </w:tr>
      <w:tr w:rsidR="00E56751">
        <w:trPr>
          <w:cantSplit/>
          <w:jc w:val="center"/>
        </w:trPr>
        <w:tc>
          <w:tcPr>
            <w:tcW w:w="2088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b/>
                <w:color w:val="000000"/>
                <w:sz w:val="15"/>
              </w:rPr>
              <w:t>4. Judging</w:t>
            </w:r>
          </w:p>
        </w:tc>
        <w:tc>
          <w:tcPr>
            <w:tcW w:w="115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i/>
                <w:color w:val="666666"/>
                <w:sz w:val="13"/>
              </w:rPr>
              <w:t>Strong / Medium / Weak / ?</w:t>
            </w:r>
          </w:p>
        </w:tc>
        <w:tc>
          <w:tcPr>
            <w:tcW w:w="295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 xml:space="preserve"> </w:t>
            </w:r>
          </w:p>
        </w:tc>
        <w:tc>
          <w:tcPr>
            <w:tcW w:w="1296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 xml:space="preserve"> </w:t>
            </w:r>
          </w:p>
        </w:tc>
        <w:tc>
          <w:tcPr>
            <w:tcW w:w="223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 xml:space="preserve"> </w:t>
            </w:r>
          </w:p>
        </w:tc>
      </w:tr>
      <w:tr w:rsidR="00E56751">
        <w:trPr>
          <w:cantSplit/>
          <w:jc w:val="center"/>
        </w:trPr>
        <w:tc>
          <w:tcPr>
            <w:tcW w:w="2088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b/>
                <w:color w:val="000000"/>
                <w:sz w:val="15"/>
              </w:rPr>
              <w:t>5. Original contributions</w:t>
            </w:r>
          </w:p>
        </w:tc>
        <w:tc>
          <w:tcPr>
            <w:tcW w:w="115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i/>
                <w:color w:val="666666"/>
                <w:sz w:val="13"/>
              </w:rPr>
              <w:t>Strong / Medium / Weak / ?</w:t>
            </w:r>
          </w:p>
        </w:tc>
        <w:tc>
          <w:tcPr>
            <w:tcW w:w="295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 xml:space="preserve"> </w:t>
            </w:r>
          </w:p>
        </w:tc>
        <w:tc>
          <w:tcPr>
            <w:tcW w:w="1296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 xml:space="preserve"> </w:t>
            </w:r>
          </w:p>
        </w:tc>
        <w:tc>
          <w:tcPr>
            <w:tcW w:w="223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 xml:space="preserve"> </w:t>
            </w:r>
          </w:p>
        </w:tc>
      </w:tr>
      <w:tr w:rsidR="00E56751">
        <w:trPr>
          <w:cantSplit/>
          <w:jc w:val="center"/>
        </w:trPr>
        <w:tc>
          <w:tcPr>
            <w:tcW w:w="2088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b/>
                <w:color w:val="000000"/>
                <w:sz w:val="15"/>
              </w:rPr>
              <w:t>6. Scholarly authorship</w:t>
            </w:r>
          </w:p>
        </w:tc>
        <w:tc>
          <w:tcPr>
            <w:tcW w:w="115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i/>
                <w:color w:val="666666"/>
                <w:sz w:val="13"/>
              </w:rPr>
              <w:t>Strong / Medium / Weak / ?</w:t>
            </w:r>
          </w:p>
        </w:tc>
        <w:tc>
          <w:tcPr>
            <w:tcW w:w="295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 xml:space="preserve"> </w:t>
            </w:r>
          </w:p>
        </w:tc>
        <w:tc>
          <w:tcPr>
            <w:tcW w:w="1296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 xml:space="preserve"> </w:t>
            </w:r>
          </w:p>
        </w:tc>
        <w:tc>
          <w:tcPr>
            <w:tcW w:w="223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 xml:space="preserve"> </w:t>
            </w:r>
          </w:p>
        </w:tc>
      </w:tr>
      <w:tr w:rsidR="00E56751">
        <w:trPr>
          <w:cantSplit/>
          <w:jc w:val="center"/>
        </w:trPr>
        <w:tc>
          <w:tcPr>
            <w:tcW w:w="2088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b/>
                <w:color w:val="000000"/>
                <w:sz w:val="15"/>
              </w:rPr>
              <w:t>7. Artistic exhibitions</w:t>
            </w:r>
          </w:p>
        </w:tc>
        <w:tc>
          <w:tcPr>
            <w:tcW w:w="115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i/>
                <w:color w:val="666666"/>
                <w:sz w:val="13"/>
              </w:rPr>
              <w:t>Strong / Medium / Weak / ?</w:t>
            </w:r>
          </w:p>
        </w:tc>
        <w:tc>
          <w:tcPr>
            <w:tcW w:w="295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 xml:space="preserve"> </w:t>
            </w:r>
          </w:p>
        </w:tc>
        <w:tc>
          <w:tcPr>
            <w:tcW w:w="1296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 xml:space="preserve"> </w:t>
            </w:r>
          </w:p>
        </w:tc>
        <w:tc>
          <w:tcPr>
            <w:tcW w:w="223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 xml:space="preserve"> </w:t>
            </w:r>
          </w:p>
        </w:tc>
      </w:tr>
      <w:tr w:rsidR="00E56751">
        <w:trPr>
          <w:cantSplit/>
          <w:jc w:val="center"/>
        </w:trPr>
        <w:tc>
          <w:tcPr>
            <w:tcW w:w="2088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b/>
                <w:color w:val="000000"/>
                <w:sz w:val="15"/>
              </w:rPr>
              <w:t>8. Leading / critical role</w:t>
            </w:r>
          </w:p>
        </w:tc>
        <w:tc>
          <w:tcPr>
            <w:tcW w:w="115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i/>
                <w:color w:val="666666"/>
                <w:sz w:val="13"/>
              </w:rPr>
              <w:t>Strong / Medium / Weak / ?</w:t>
            </w:r>
          </w:p>
        </w:tc>
        <w:tc>
          <w:tcPr>
            <w:tcW w:w="295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 xml:space="preserve"> </w:t>
            </w:r>
          </w:p>
        </w:tc>
        <w:tc>
          <w:tcPr>
            <w:tcW w:w="1296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 xml:space="preserve"> </w:t>
            </w:r>
          </w:p>
        </w:tc>
        <w:tc>
          <w:tcPr>
            <w:tcW w:w="223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 xml:space="preserve"> </w:t>
            </w:r>
          </w:p>
        </w:tc>
      </w:tr>
      <w:tr w:rsidR="00E56751">
        <w:trPr>
          <w:cantSplit/>
          <w:jc w:val="center"/>
        </w:trPr>
        <w:tc>
          <w:tcPr>
            <w:tcW w:w="2088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b/>
                <w:color w:val="000000"/>
                <w:sz w:val="15"/>
              </w:rPr>
              <w:t>9. High remuneration</w:t>
            </w:r>
          </w:p>
        </w:tc>
        <w:tc>
          <w:tcPr>
            <w:tcW w:w="115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i/>
                <w:color w:val="666666"/>
                <w:sz w:val="13"/>
              </w:rPr>
              <w:t>Strong / Medium / Weak / ?</w:t>
            </w:r>
          </w:p>
        </w:tc>
        <w:tc>
          <w:tcPr>
            <w:tcW w:w="295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 xml:space="preserve"> </w:t>
            </w:r>
          </w:p>
        </w:tc>
        <w:tc>
          <w:tcPr>
            <w:tcW w:w="1296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 xml:space="preserve"> </w:t>
            </w:r>
          </w:p>
        </w:tc>
        <w:tc>
          <w:tcPr>
            <w:tcW w:w="223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 xml:space="preserve"> </w:t>
            </w:r>
          </w:p>
        </w:tc>
      </w:tr>
      <w:tr w:rsidR="00E56751">
        <w:trPr>
          <w:cantSplit/>
          <w:jc w:val="center"/>
        </w:trPr>
        <w:tc>
          <w:tcPr>
            <w:tcW w:w="2088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b/>
                <w:color w:val="000000"/>
                <w:sz w:val="15"/>
              </w:rPr>
              <w:t>10. Commercial success</w:t>
            </w:r>
          </w:p>
        </w:tc>
        <w:tc>
          <w:tcPr>
            <w:tcW w:w="115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i/>
                <w:color w:val="666666"/>
                <w:sz w:val="13"/>
              </w:rPr>
              <w:t>Strong / Medium / Weak / ?</w:t>
            </w:r>
          </w:p>
        </w:tc>
        <w:tc>
          <w:tcPr>
            <w:tcW w:w="295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 xml:space="preserve"> </w:t>
            </w:r>
          </w:p>
        </w:tc>
        <w:tc>
          <w:tcPr>
            <w:tcW w:w="1296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 xml:space="preserve"> </w:t>
            </w:r>
          </w:p>
        </w:tc>
        <w:tc>
          <w:tcPr>
            <w:tcW w:w="223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 xml:space="preserve"> </w:t>
            </w:r>
          </w:p>
        </w:tc>
      </w:tr>
      <w:tr w:rsidR="00E56751">
        <w:trPr>
          <w:cantSplit/>
          <w:jc w:val="center"/>
        </w:trPr>
        <w:tc>
          <w:tcPr>
            <w:tcW w:w="2088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>Comparable evidence</w:t>
            </w:r>
          </w:p>
        </w:tc>
        <w:tc>
          <w:tcPr>
            <w:tcW w:w="115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i/>
                <w:color w:val="666666"/>
                <w:sz w:val="13"/>
              </w:rPr>
              <w:t>Strong / Medium / Weak / ?</w:t>
            </w:r>
          </w:p>
        </w:tc>
        <w:tc>
          <w:tcPr>
            <w:tcW w:w="295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 xml:space="preserve"> </w:t>
            </w:r>
          </w:p>
        </w:tc>
        <w:tc>
          <w:tcPr>
            <w:tcW w:w="1296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 xml:space="preserve"> </w:t>
            </w:r>
          </w:p>
        </w:tc>
        <w:tc>
          <w:tcPr>
            <w:tcW w:w="223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 xml:space="preserve"> </w:t>
            </w:r>
          </w:p>
        </w:tc>
      </w:tr>
      <w:tr w:rsidR="00E56751">
        <w:trPr>
          <w:cantSplit/>
          <w:jc w:val="center"/>
        </w:trPr>
        <w:tc>
          <w:tcPr>
            <w:tcW w:w="2088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>Sustained acclaim / top of field</w:t>
            </w:r>
          </w:p>
        </w:tc>
        <w:tc>
          <w:tcPr>
            <w:tcW w:w="115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i/>
                <w:color w:val="666666"/>
                <w:sz w:val="13"/>
              </w:rPr>
              <w:t>Strong / Medium / Weak / ?</w:t>
            </w:r>
          </w:p>
        </w:tc>
        <w:tc>
          <w:tcPr>
            <w:tcW w:w="295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 xml:space="preserve"> </w:t>
            </w:r>
          </w:p>
        </w:tc>
        <w:tc>
          <w:tcPr>
            <w:tcW w:w="1296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 xml:space="preserve"> </w:t>
            </w:r>
          </w:p>
        </w:tc>
        <w:tc>
          <w:tcPr>
            <w:tcW w:w="223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 xml:space="preserve"> </w:t>
            </w:r>
          </w:p>
        </w:tc>
      </w:tr>
      <w:tr w:rsidR="00E56751">
        <w:trPr>
          <w:cantSplit/>
          <w:jc w:val="center"/>
        </w:trPr>
        <w:tc>
          <w:tcPr>
            <w:tcW w:w="2088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>Continue work in U.S.</w:t>
            </w:r>
          </w:p>
        </w:tc>
        <w:tc>
          <w:tcPr>
            <w:tcW w:w="115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i/>
                <w:color w:val="666666"/>
                <w:sz w:val="13"/>
              </w:rPr>
              <w:t>Strong / Medium / Weak / ?</w:t>
            </w:r>
          </w:p>
        </w:tc>
        <w:tc>
          <w:tcPr>
            <w:tcW w:w="295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 xml:space="preserve"> </w:t>
            </w:r>
          </w:p>
        </w:tc>
        <w:tc>
          <w:tcPr>
            <w:tcW w:w="1296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 xml:space="preserve"> </w:t>
            </w:r>
          </w:p>
        </w:tc>
        <w:tc>
          <w:tcPr>
            <w:tcW w:w="2232" w:type="dxa"/>
            <w:tcBorders>
              <w:top w:val="single" w:sz="6" w:space="0" w:color="8FA3B5"/>
              <w:left w:val="single" w:sz="6" w:space="0" w:color="8FA3B5"/>
              <w:bottom w:val="single" w:sz="6" w:space="0" w:color="8FA3B5"/>
              <w:right w:val="single" w:sz="6" w:space="0" w:color="8FA3B5"/>
            </w:tcBorders>
          </w:tcPr>
          <w:p w:rsidR="00E56751" w:rsidRDefault="00000000">
            <w:pPr>
              <w:spacing w:after="0"/>
            </w:pPr>
            <w:r>
              <w:rPr>
                <w:color w:val="000000"/>
                <w:sz w:val="15"/>
              </w:rPr>
              <w:t xml:space="preserve"> </w:t>
            </w:r>
          </w:p>
        </w:tc>
      </w:tr>
    </w:tbl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>Три наиболее сильных критерия / направления доказательств: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 xml:space="preserve">Ключевая теория кейса: почему заявитель </w:t>
      </w:r>
      <w:r>
        <w:rPr>
          <w:b/>
          <w:color w:val="000000"/>
          <w:sz w:val="21"/>
        </w:rPr>
        <w:t>extraordinary</w:t>
      </w:r>
      <w:r w:rsidRPr="00D55BA8">
        <w:rPr>
          <w:b/>
          <w:color w:val="000000"/>
          <w:sz w:val="21"/>
          <w:lang w:val="ru-RU"/>
        </w:rPr>
        <w:t xml:space="preserve"> в конкретном </w:t>
      </w:r>
      <w:r>
        <w:rPr>
          <w:b/>
          <w:color w:val="000000"/>
          <w:sz w:val="21"/>
        </w:rPr>
        <w:t>field</w:t>
      </w:r>
      <w:r w:rsidRPr="00D55BA8">
        <w:rPr>
          <w:b/>
          <w:color w:val="000000"/>
          <w:sz w:val="21"/>
          <w:lang w:val="ru-RU"/>
        </w:rPr>
        <w:t>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t xml:space="preserve">Основные доказательственные пробелы и потенциальные </w:t>
      </w:r>
      <w:r>
        <w:rPr>
          <w:b/>
          <w:color w:val="000000"/>
          <w:sz w:val="21"/>
        </w:rPr>
        <w:t>RFE</w:t>
      </w:r>
      <w:r w:rsidRPr="00D55BA8">
        <w:rPr>
          <w:b/>
          <w:color w:val="000000"/>
          <w:sz w:val="21"/>
          <w:lang w:val="ru-RU"/>
        </w:rPr>
        <w:t>/</w:t>
      </w:r>
      <w:r>
        <w:rPr>
          <w:b/>
          <w:color w:val="000000"/>
          <w:sz w:val="21"/>
        </w:rPr>
        <w:t>NOID</w:t>
      </w:r>
      <w:r w:rsidRPr="00D55BA8">
        <w:rPr>
          <w:b/>
          <w:color w:val="000000"/>
          <w:sz w:val="21"/>
          <w:lang w:val="ru-RU"/>
        </w:rPr>
        <w:t xml:space="preserve"> </w:t>
      </w:r>
      <w:r>
        <w:rPr>
          <w:b/>
          <w:color w:val="000000"/>
          <w:sz w:val="21"/>
        </w:rPr>
        <w:t>risks</w:t>
      </w:r>
      <w:r w:rsidRPr="00D55BA8">
        <w:rPr>
          <w:b/>
          <w:color w:val="000000"/>
          <w:sz w:val="21"/>
          <w:lang w:val="ru-RU"/>
        </w:rPr>
        <w:t>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p w:rsidR="00E56751" w:rsidRPr="00D55BA8" w:rsidRDefault="00000000">
      <w:pPr>
        <w:keepNext/>
        <w:spacing w:before="100" w:after="40"/>
        <w:rPr>
          <w:lang w:val="ru-RU"/>
        </w:rPr>
      </w:pPr>
      <w:r w:rsidRPr="00D55BA8">
        <w:rPr>
          <w:b/>
          <w:color w:val="000000"/>
          <w:sz w:val="21"/>
          <w:lang w:val="ru-RU"/>
        </w:rPr>
        <w:lastRenderedPageBreak/>
        <w:t>Что желательно усилить до подачи?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p w:rsidR="00E56751" w:rsidRDefault="00000000">
      <w:pPr>
        <w:keepNext/>
        <w:spacing w:before="100" w:after="40"/>
      </w:pPr>
      <w:r>
        <w:rPr>
          <w:b/>
          <w:color w:val="000000"/>
          <w:sz w:val="21"/>
        </w:rPr>
        <w:t>Предварительная стратегия:</w:t>
      </w:r>
    </w:p>
    <w:p w:rsidR="00E56751" w:rsidRPr="00D55BA8" w:rsidRDefault="00000000">
      <w:pPr>
        <w:keepNext/>
        <w:spacing w:after="60" w:line="259" w:lineRule="auto"/>
        <w:rPr>
          <w:lang w:val="ru-RU"/>
        </w:rPr>
      </w:pPr>
      <w:r w:rsidRPr="00D55BA8">
        <w:rPr>
          <w:i/>
          <w:color w:val="666666"/>
          <w:sz w:val="18"/>
          <w:lang w:val="ru-RU"/>
        </w:rPr>
        <w:t xml:space="preserve">Например: готов к подготовке </w:t>
      </w:r>
      <w:r>
        <w:rPr>
          <w:i/>
          <w:color w:val="666666"/>
          <w:sz w:val="18"/>
        </w:rPr>
        <w:t>EB</w:t>
      </w:r>
      <w:r w:rsidRPr="00D55BA8">
        <w:rPr>
          <w:i/>
          <w:color w:val="666666"/>
          <w:sz w:val="18"/>
          <w:lang w:val="ru-RU"/>
        </w:rPr>
        <w:t>-1</w:t>
      </w:r>
      <w:r>
        <w:rPr>
          <w:i/>
          <w:color w:val="666666"/>
          <w:sz w:val="18"/>
        </w:rPr>
        <w:t>A</w:t>
      </w:r>
      <w:r w:rsidRPr="00D55BA8">
        <w:rPr>
          <w:i/>
          <w:color w:val="666666"/>
          <w:sz w:val="18"/>
          <w:lang w:val="ru-RU"/>
        </w:rPr>
        <w:t xml:space="preserve"> / требуется усиление / сначала собрать документы / сравнить </w:t>
      </w:r>
      <w:r>
        <w:rPr>
          <w:i/>
          <w:color w:val="666666"/>
          <w:sz w:val="18"/>
        </w:rPr>
        <w:t>EB</w:t>
      </w:r>
      <w:r w:rsidRPr="00D55BA8">
        <w:rPr>
          <w:i/>
          <w:color w:val="666666"/>
          <w:sz w:val="18"/>
          <w:lang w:val="ru-RU"/>
        </w:rPr>
        <w:t>-1</w:t>
      </w:r>
      <w:r>
        <w:rPr>
          <w:i/>
          <w:color w:val="666666"/>
          <w:sz w:val="18"/>
        </w:rPr>
        <w:t>A</w:t>
      </w:r>
      <w:r w:rsidRPr="00D55BA8">
        <w:rPr>
          <w:i/>
          <w:color w:val="666666"/>
          <w:sz w:val="18"/>
          <w:lang w:val="ru-RU"/>
        </w:rPr>
        <w:t xml:space="preserve"> с </w:t>
      </w:r>
      <w:r>
        <w:rPr>
          <w:i/>
          <w:color w:val="666666"/>
          <w:sz w:val="18"/>
        </w:rPr>
        <w:t>O</w:t>
      </w:r>
      <w:r w:rsidRPr="00D55BA8">
        <w:rPr>
          <w:i/>
          <w:color w:val="666666"/>
          <w:sz w:val="18"/>
          <w:lang w:val="ru-RU"/>
        </w:rPr>
        <w:t>-1</w:t>
      </w:r>
      <w:r>
        <w:rPr>
          <w:i/>
          <w:color w:val="666666"/>
          <w:sz w:val="18"/>
        </w:rPr>
        <w:t>A</w:t>
      </w:r>
      <w:r w:rsidRPr="00D55BA8">
        <w:rPr>
          <w:i/>
          <w:color w:val="666666"/>
          <w:sz w:val="18"/>
          <w:lang w:val="ru-RU"/>
        </w:rPr>
        <w:t xml:space="preserve"> или </w:t>
      </w:r>
      <w:r>
        <w:rPr>
          <w:i/>
          <w:color w:val="666666"/>
          <w:sz w:val="18"/>
        </w:rPr>
        <w:t>EB</w:t>
      </w:r>
      <w:r w:rsidRPr="00D55BA8">
        <w:rPr>
          <w:i/>
          <w:color w:val="666666"/>
          <w:sz w:val="18"/>
          <w:lang w:val="ru-RU"/>
        </w:rPr>
        <w:t xml:space="preserve">-2 </w:t>
      </w:r>
      <w:r>
        <w:rPr>
          <w:i/>
          <w:color w:val="666666"/>
          <w:sz w:val="18"/>
        </w:rPr>
        <w:t>NIW</w:t>
      </w:r>
      <w:r w:rsidRPr="00D55BA8">
        <w:rPr>
          <w:i/>
          <w:color w:val="666666"/>
          <w:sz w:val="18"/>
          <w:lang w:val="ru-RU"/>
        </w:rPr>
        <w:t xml:space="preserve"> / требуется отдельный анализ иммиграционной истории.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</w:tblGrid>
      <w:tr w:rsidR="00E56751">
        <w:trPr>
          <w:cantSplit/>
          <w:jc w:val="center"/>
        </w:trPr>
        <w:tc>
          <w:tcPr>
            <w:tcW w:w="964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FFFFF"/>
          </w:tcPr>
          <w:p w:rsidR="00E56751" w:rsidRDefault="00000000">
            <w:pPr>
              <w:spacing w:after="0"/>
            </w:pPr>
            <w:proofErr w:type="spellStart"/>
            <w:r>
              <w:rPr>
                <w:i/>
                <w:color w:val="888888"/>
                <w:sz w:val="18"/>
              </w:rPr>
              <w:t>Ответ</w:t>
            </w:r>
            <w:proofErr w:type="spellEnd"/>
            <w:r>
              <w:rPr>
                <w:i/>
                <w:color w:val="888888"/>
                <w:sz w:val="18"/>
              </w:rPr>
              <w:t xml:space="preserve">: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  <w:p w:rsidR="00E56751" w:rsidRDefault="00000000">
            <w:pPr>
              <w:spacing w:after="0"/>
            </w:pPr>
            <w:r>
              <w:t xml:space="preserve"> </w:t>
            </w:r>
          </w:p>
        </w:tc>
      </w:tr>
    </w:tbl>
    <w:p w:rsidR="00E56751" w:rsidRDefault="00E56751">
      <w:pPr>
        <w:spacing w:after="20"/>
      </w:pPr>
    </w:p>
    <w:p w:rsidR="00E56751" w:rsidRDefault="00000000">
      <w:pPr>
        <w:keepNext/>
        <w:pBdr>
          <w:bottom w:val="single" w:sz="16" w:space="1" w:color="17365D"/>
        </w:pBdr>
        <w:spacing w:before="80" w:after="160"/>
      </w:pPr>
      <w:r>
        <w:rPr>
          <w:b/>
          <w:color w:val="17365D"/>
          <w:sz w:val="32"/>
        </w:rPr>
        <w:t>12. Подтверждение полноты информации</w:t>
      </w:r>
    </w:p>
    <w:p w:rsidR="00E56751" w:rsidRPr="00D55BA8" w:rsidRDefault="00000000">
      <w:pPr>
        <w:keepNext/>
        <w:spacing w:after="160" w:line="259" w:lineRule="auto"/>
        <w:rPr>
          <w:lang w:val="ru-RU"/>
        </w:rPr>
      </w:pPr>
      <w:r w:rsidRPr="00D55BA8">
        <w:rPr>
          <w:i/>
          <w:color w:val="666666"/>
          <w:sz w:val="19"/>
          <w:lang w:val="ru-RU"/>
        </w:rPr>
        <w:t>Заполняет заявитель после завершения анкеты.</w:t>
      </w:r>
    </w:p>
    <w:p w:rsidR="00E56751" w:rsidRPr="00D55BA8" w:rsidRDefault="00000000">
      <w:pPr>
        <w:spacing w:after="240" w:line="259" w:lineRule="auto"/>
        <w:rPr>
          <w:lang w:val="ru-RU"/>
        </w:rPr>
      </w:pPr>
      <w:r w:rsidRPr="00D55BA8">
        <w:rPr>
          <w:color w:val="000000"/>
          <w:sz w:val="19"/>
          <w:lang w:val="ru-RU"/>
        </w:rPr>
        <w:t>Я понимаю, что предварительная оценка зависит от полноты и точности представленных фактов. Я сообщил(а) существенную информацию, известную мне на дату заполнения, и понимаю, что при подготовке иммиграционных документов могут потребоваться дополнительные подтверждения и уточнения.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480"/>
      </w:tblGrid>
      <w:tr w:rsidR="00E56751">
        <w:trPr>
          <w:cantSplit/>
          <w:jc w:val="center"/>
        </w:trPr>
        <w:tc>
          <w:tcPr>
            <w:tcW w:w="316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7F9FB"/>
            <w:vAlign w:val="center"/>
          </w:tcPr>
          <w:p w:rsidR="00E56751" w:rsidRDefault="00000000">
            <w:pPr>
              <w:spacing w:after="0"/>
            </w:pPr>
            <w:r>
              <w:rPr>
                <w:b/>
                <w:color w:val="244A70"/>
                <w:sz w:val="19"/>
              </w:rPr>
              <w:t>ФИО</w:t>
            </w:r>
          </w:p>
        </w:tc>
        <w:tc>
          <w:tcPr>
            <w:tcW w:w="6480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vAlign w:val="center"/>
          </w:tcPr>
          <w:p w:rsidR="00E56751" w:rsidRDefault="00E56751">
            <w:pPr>
              <w:spacing w:after="0"/>
            </w:pPr>
          </w:p>
        </w:tc>
      </w:tr>
      <w:tr w:rsidR="00E56751">
        <w:trPr>
          <w:cantSplit/>
          <w:jc w:val="center"/>
        </w:trPr>
        <w:tc>
          <w:tcPr>
            <w:tcW w:w="316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7F9FB"/>
            <w:vAlign w:val="center"/>
          </w:tcPr>
          <w:p w:rsidR="00E56751" w:rsidRDefault="00000000">
            <w:pPr>
              <w:spacing w:after="0"/>
            </w:pPr>
            <w:r>
              <w:rPr>
                <w:b/>
                <w:color w:val="244A70"/>
                <w:sz w:val="19"/>
              </w:rPr>
              <w:t>Дата заполнения</w:t>
            </w:r>
          </w:p>
        </w:tc>
        <w:tc>
          <w:tcPr>
            <w:tcW w:w="6480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vAlign w:val="center"/>
          </w:tcPr>
          <w:p w:rsidR="00E56751" w:rsidRDefault="00E56751">
            <w:pPr>
              <w:spacing w:after="0"/>
            </w:pPr>
          </w:p>
        </w:tc>
      </w:tr>
      <w:tr w:rsidR="00E56751">
        <w:trPr>
          <w:cantSplit/>
          <w:jc w:val="center"/>
        </w:trPr>
        <w:tc>
          <w:tcPr>
            <w:tcW w:w="3168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7F9FB"/>
            <w:vAlign w:val="center"/>
          </w:tcPr>
          <w:p w:rsidR="00E56751" w:rsidRDefault="00000000">
            <w:pPr>
              <w:spacing w:after="0"/>
            </w:pPr>
            <w:r>
              <w:rPr>
                <w:b/>
                <w:color w:val="244A70"/>
                <w:sz w:val="19"/>
              </w:rPr>
              <w:t>Подпись (если используется)</w:t>
            </w:r>
          </w:p>
        </w:tc>
        <w:tc>
          <w:tcPr>
            <w:tcW w:w="6480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vAlign w:val="center"/>
          </w:tcPr>
          <w:p w:rsidR="00E56751" w:rsidRDefault="00E56751">
            <w:pPr>
              <w:spacing w:after="0"/>
            </w:pPr>
          </w:p>
        </w:tc>
      </w:tr>
    </w:tbl>
    <w:p w:rsidR="00E56751" w:rsidRDefault="00E56751">
      <w:pPr>
        <w:spacing w:after="40"/>
      </w:pPr>
    </w:p>
    <w:p w:rsidR="00E56751" w:rsidRDefault="00000000">
      <w:r>
        <w:br w:type="page"/>
      </w:r>
    </w:p>
    <w:p w:rsidR="00E56751" w:rsidRDefault="00000000">
      <w:pPr>
        <w:keepNext/>
        <w:pBdr>
          <w:bottom w:val="single" w:sz="16" w:space="1" w:color="17365D"/>
        </w:pBdr>
        <w:spacing w:before="80" w:after="160"/>
      </w:pPr>
      <w:r>
        <w:rPr>
          <w:b/>
          <w:color w:val="17365D"/>
          <w:sz w:val="32"/>
        </w:rPr>
        <w:lastRenderedPageBreak/>
        <w:t>13. Нормативная основа и рабочие источники</w:t>
      </w:r>
    </w:p>
    <w:p w:rsidR="00E56751" w:rsidRPr="00D55BA8" w:rsidRDefault="00000000">
      <w:pPr>
        <w:keepNext/>
        <w:spacing w:after="160" w:line="259" w:lineRule="auto"/>
        <w:rPr>
          <w:lang w:val="ru-RU"/>
        </w:rPr>
      </w:pPr>
      <w:r w:rsidRPr="00D55BA8">
        <w:rPr>
          <w:i/>
          <w:color w:val="666666"/>
          <w:sz w:val="19"/>
          <w:lang w:val="ru-RU"/>
        </w:rPr>
        <w:t>Проверять актуальность перед юридическим использованием.</w:t>
      </w:r>
    </w:p>
    <w:p w:rsidR="00E56751" w:rsidRDefault="00000000">
      <w:pPr>
        <w:spacing w:after="60"/>
      </w:pPr>
      <w:r>
        <w:rPr>
          <w:b/>
          <w:color w:val="244A70"/>
          <w:sz w:val="19"/>
        </w:rPr>
        <w:t>INA §203(b)(1)(A)</w:t>
      </w:r>
      <w:r>
        <w:rPr>
          <w:color w:val="000000"/>
          <w:sz w:val="18"/>
        </w:rPr>
        <w:t xml:space="preserve"> — Employment-based first preference — extraordinary ability.</w:t>
      </w:r>
    </w:p>
    <w:p w:rsidR="00E56751" w:rsidRDefault="00000000">
      <w:pPr>
        <w:spacing w:after="60"/>
      </w:pPr>
      <w:r>
        <w:rPr>
          <w:b/>
          <w:color w:val="244A70"/>
          <w:sz w:val="19"/>
        </w:rPr>
        <w:t>8 CFR §204.5(h)</w:t>
      </w:r>
      <w:r>
        <w:rPr>
          <w:color w:val="000000"/>
          <w:sz w:val="18"/>
        </w:rPr>
        <w:t xml:space="preserve"> — Определение extraordinary ability, one-time achievement, 10 видов evidence, comparable evidence, продолжение работы в США.</w:t>
      </w:r>
    </w:p>
    <w:p w:rsidR="00E56751" w:rsidRDefault="00000000">
      <w:pPr>
        <w:spacing w:after="60"/>
      </w:pPr>
      <w:r>
        <w:rPr>
          <w:b/>
          <w:color w:val="244A70"/>
          <w:sz w:val="19"/>
        </w:rPr>
        <w:t>USCIS Policy Manual, Volume 6, Part F, Chapter 2 — Extraordinary Ability</w:t>
      </w:r>
      <w:r>
        <w:rPr>
          <w:color w:val="000000"/>
          <w:sz w:val="18"/>
        </w:rPr>
        <w:t xml:space="preserve"> — Официальная политика USCIS по анализу доказательств EB-1A, включая обновления и примеры.</w:t>
      </w:r>
    </w:p>
    <w:p w:rsidR="00E56751" w:rsidRDefault="00000000">
      <w:pPr>
        <w:spacing w:after="60"/>
      </w:pPr>
      <w:r>
        <w:rPr>
          <w:b/>
          <w:color w:val="244A70"/>
          <w:sz w:val="19"/>
        </w:rPr>
        <w:t>USCIS policy update dated Oct. 2, 2024</w:t>
      </w:r>
      <w:r>
        <w:rPr>
          <w:color w:val="000000"/>
          <w:sz w:val="18"/>
        </w:rPr>
        <w:t xml:space="preserve"> — Уточнения по team awards, past memberships, published material и artistic exhibitions/comparable evidence.</w:t>
      </w:r>
    </w:p>
    <w:p w:rsidR="00E56751" w:rsidRPr="00D55BA8" w:rsidRDefault="00000000">
      <w:pPr>
        <w:spacing w:line="259" w:lineRule="auto"/>
        <w:rPr>
          <w:lang w:val="ru-RU"/>
        </w:rPr>
      </w:pPr>
      <w:r w:rsidRPr="00D55BA8">
        <w:rPr>
          <w:i/>
          <w:color w:val="666666"/>
          <w:sz w:val="16"/>
          <w:lang w:val="ru-RU"/>
        </w:rPr>
        <w:t xml:space="preserve">Рабочие </w:t>
      </w:r>
      <w:r>
        <w:rPr>
          <w:i/>
          <w:color w:val="666666"/>
          <w:sz w:val="16"/>
        </w:rPr>
        <w:t>URL</w:t>
      </w:r>
      <w:r w:rsidRPr="00D55BA8">
        <w:rPr>
          <w:i/>
          <w:color w:val="666666"/>
          <w:sz w:val="16"/>
          <w:lang w:val="ru-RU"/>
        </w:rPr>
        <w:t xml:space="preserve">: </w:t>
      </w:r>
      <w:proofErr w:type="gramStart"/>
      <w:r>
        <w:rPr>
          <w:i/>
          <w:color w:val="666666"/>
          <w:sz w:val="16"/>
        </w:rPr>
        <w:t>https</w:t>
      </w:r>
      <w:r w:rsidRPr="00D55BA8">
        <w:rPr>
          <w:i/>
          <w:color w:val="666666"/>
          <w:sz w:val="16"/>
          <w:lang w:val="ru-RU"/>
        </w:rPr>
        <w:t>://</w:t>
      </w:r>
      <w:r>
        <w:rPr>
          <w:i/>
          <w:color w:val="666666"/>
          <w:sz w:val="16"/>
        </w:rPr>
        <w:t>www</w:t>
      </w:r>
      <w:r w:rsidRPr="00D55BA8">
        <w:rPr>
          <w:i/>
          <w:color w:val="666666"/>
          <w:sz w:val="16"/>
          <w:lang w:val="ru-RU"/>
        </w:rPr>
        <w:t>.</w:t>
      </w:r>
      <w:proofErr w:type="spellStart"/>
      <w:r>
        <w:rPr>
          <w:i/>
          <w:color w:val="666666"/>
          <w:sz w:val="16"/>
        </w:rPr>
        <w:t>uscis</w:t>
      </w:r>
      <w:proofErr w:type="spellEnd"/>
      <w:r w:rsidRPr="00D55BA8">
        <w:rPr>
          <w:i/>
          <w:color w:val="666666"/>
          <w:sz w:val="16"/>
          <w:lang w:val="ru-RU"/>
        </w:rPr>
        <w:t>.</w:t>
      </w:r>
      <w:r>
        <w:rPr>
          <w:i/>
          <w:color w:val="666666"/>
          <w:sz w:val="16"/>
        </w:rPr>
        <w:t>gov</w:t>
      </w:r>
      <w:r w:rsidRPr="00D55BA8">
        <w:rPr>
          <w:i/>
          <w:color w:val="666666"/>
          <w:sz w:val="16"/>
          <w:lang w:val="ru-RU"/>
        </w:rPr>
        <w:t>/</w:t>
      </w:r>
      <w:r>
        <w:rPr>
          <w:i/>
          <w:color w:val="666666"/>
          <w:sz w:val="16"/>
        </w:rPr>
        <w:t>policy</w:t>
      </w:r>
      <w:r w:rsidRPr="00D55BA8">
        <w:rPr>
          <w:i/>
          <w:color w:val="666666"/>
          <w:sz w:val="16"/>
          <w:lang w:val="ru-RU"/>
        </w:rPr>
        <w:t>-</w:t>
      </w:r>
      <w:r>
        <w:rPr>
          <w:i/>
          <w:color w:val="666666"/>
          <w:sz w:val="16"/>
        </w:rPr>
        <w:t>manual</w:t>
      </w:r>
      <w:r w:rsidRPr="00D55BA8">
        <w:rPr>
          <w:i/>
          <w:color w:val="666666"/>
          <w:sz w:val="16"/>
          <w:lang w:val="ru-RU"/>
        </w:rPr>
        <w:t>/</w:t>
      </w:r>
      <w:r>
        <w:rPr>
          <w:i/>
          <w:color w:val="666666"/>
          <w:sz w:val="16"/>
        </w:rPr>
        <w:t>volume</w:t>
      </w:r>
      <w:r w:rsidRPr="00D55BA8">
        <w:rPr>
          <w:i/>
          <w:color w:val="666666"/>
          <w:sz w:val="16"/>
          <w:lang w:val="ru-RU"/>
        </w:rPr>
        <w:t>-6-</w:t>
      </w:r>
      <w:r>
        <w:rPr>
          <w:i/>
          <w:color w:val="666666"/>
          <w:sz w:val="16"/>
        </w:rPr>
        <w:t>part</w:t>
      </w:r>
      <w:r w:rsidRPr="00D55BA8">
        <w:rPr>
          <w:i/>
          <w:color w:val="666666"/>
          <w:sz w:val="16"/>
          <w:lang w:val="ru-RU"/>
        </w:rPr>
        <w:t>-</w:t>
      </w:r>
      <w:r>
        <w:rPr>
          <w:i/>
          <w:color w:val="666666"/>
          <w:sz w:val="16"/>
        </w:rPr>
        <w:t>f</w:t>
      </w:r>
      <w:r w:rsidRPr="00D55BA8">
        <w:rPr>
          <w:i/>
          <w:color w:val="666666"/>
          <w:sz w:val="16"/>
          <w:lang w:val="ru-RU"/>
        </w:rPr>
        <w:t>-</w:t>
      </w:r>
      <w:r>
        <w:rPr>
          <w:i/>
          <w:color w:val="666666"/>
          <w:sz w:val="16"/>
        </w:rPr>
        <w:t>chapter</w:t>
      </w:r>
      <w:r w:rsidRPr="00D55BA8">
        <w:rPr>
          <w:i/>
          <w:color w:val="666666"/>
          <w:sz w:val="16"/>
          <w:lang w:val="ru-RU"/>
        </w:rPr>
        <w:t>-2  •</w:t>
      </w:r>
      <w:proofErr w:type="gramEnd"/>
      <w:r w:rsidRPr="00D55BA8">
        <w:rPr>
          <w:i/>
          <w:color w:val="666666"/>
          <w:sz w:val="16"/>
          <w:lang w:val="ru-RU"/>
        </w:rPr>
        <w:t xml:space="preserve">  </w:t>
      </w:r>
      <w:r>
        <w:rPr>
          <w:i/>
          <w:color w:val="666666"/>
          <w:sz w:val="16"/>
        </w:rPr>
        <w:t>https</w:t>
      </w:r>
      <w:r w:rsidRPr="00D55BA8">
        <w:rPr>
          <w:i/>
          <w:color w:val="666666"/>
          <w:sz w:val="16"/>
          <w:lang w:val="ru-RU"/>
        </w:rPr>
        <w:t>://</w:t>
      </w:r>
      <w:r>
        <w:rPr>
          <w:i/>
          <w:color w:val="666666"/>
          <w:sz w:val="16"/>
        </w:rPr>
        <w:t>www</w:t>
      </w:r>
      <w:r w:rsidRPr="00D55BA8">
        <w:rPr>
          <w:i/>
          <w:color w:val="666666"/>
          <w:sz w:val="16"/>
          <w:lang w:val="ru-RU"/>
        </w:rPr>
        <w:t>.</w:t>
      </w:r>
      <w:proofErr w:type="spellStart"/>
      <w:r>
        <w:rPr>
          <w:i/>
          <w:color w:val="666666"/>
          <w:sz w:val="16"/>
        </w:rPr>
        <w:t>govinfo</w:t>
      </w:r>
      <w:proofErr w:type="spellEnd"/>
      <w:r w:rsidRPr="00D55BA8">
        <w:rPr>
          <w:i/>
          <w:color w:val="666666"/>
          <w:sz w:val="16"/>
          <w:lang w:val="ru-RU"/>
        </w:rPr>
        <w:t>.</w:t>
      </w:r>
      <w:r>
        <w:rPr>
          <w:i/>
          <w:color w:val="666666"/>
          <w:sz w:val="16"/>
        </w:rPr>
        <w:t>gov</w:t>
      </w:r>
      <w:r w:rsidRPr="00D55BA8">
        <w:rPr>
          <w:i/>
          <w:color w:val="666666"/>
          <w:sz w:val="16"/>
          <w:lang w:val="ru-RU"/>
        </w:rPr>
        <w:t>/</w:t>
      </w:r>
      <w:r>
        <w:rPr>
          <w:i/>
          <w:color w:val="666666"/>
          <w:sz w:val="16"/>
        </w:rPr>
        <w:t>app</w:t>
      </w:r>
      <w:r w:rsidRPr="00D55BA8">
        <w:rPr>
          <w:i/>
          <w:color w:val="666666"/>
          <w:sz w:val="16"/>
          <w:lang w:val="ru-RU"/>
        </w:rPr>
        <w:t>/</w:t>
      </w:r>
      <w:r>
        <w:rPr>
          <w:i/>
          <w:color w:val="666666"/>
          <w:sz w:val="16"/>
        </w:rPr>
        <w:t>details</w:t>
      </w:r>
      <w:r w:rsidRPr="00D55BA8">
        <w:rPr>
          <w:i/>
          <w:color w:val="666666"/>
          <w:sz w:val="16"/>
          <w:lang w:val="ru-RU"/>
        </w:rPr>
        <w:t>/</w:t>
      </w:r>
      <w:r>
        <w:rPr>
          <w:i/>
          <w:color w:val="666666"/>
          <w:sz w:val="16"/>
        </w:rPr>
        <w:t>CFR</w:t>
      </w:r>
      <w:r w:rsidRPr="00D55BA8">
        <w:rPr>
          <w:i/>
          <w:color w:val="666666"/>
          <w:sz w:val="16"/>
          <w:lang w:val="ru-RU"/>
        </w:rPr>
        <w:t>-2025-</w:t>
      </w:r>
      <w:r>
        <w:rPr>
          <w:i/>
          <w:color w:val="666666"/>
          <w:sz w:val="16"/>
        </w:rPr>
        <w:t>title</w:t>
      </w:r>
      <w:r w:rsidRPr="00D55BA8">
        <w:rPr>
          <w:i/>
          <w:color w:val="666666"/>
          <w:sz w:val="16"/>
          <w:lang w:val="ru-RU"/>
        </w:rPr>
        <w:t>8-</w:t>
      </w:r>
      <w:r>
        <w:rPr>
          <w:i/>
          <w:color w:val="666666"/>
          <w:sz w:val="16"/>
        </w:rPr>
        <w:t>vol</w:t>
      </w:r>
      <w:r w:rsidRPr="00D55BA8">
        <w:rPr>
          <w:i/>
          <w:color w:val="666666"/>
          <w:sz w:val="16"/>
          <w:lang w:val="ru-RU"/>
        </w:rPr>
        <w:t>1/</w:t>
      </w:r>
      <w:r>
        <w:rPr>
          <w:i/>
          <w:color w:val="666666"/>
          <w:sz w:val="16"/>
        </w:rPr>
        <w:t>CFR</w:t>
      </w:r>
      <w:r w:rsidRPr="00D55BA8">
        <w:rPr>
          <w:i/>
          <w:color w:val="666666"/>
          <w:sz w:val="16"/>
          <w:lang w:val="ru-RU"/>
        </w:rPr>
        <w:t>-2025-</w:t>
      </w:r>
      <w:r>
        <w:rPr>
          <w:i/>
          <w:color w:val="666666"/>
          <w:sz w:val="16"/>
        </w:rPr>
        <w:t>title</w:t>
      </w:r>
      <w:r w:rsidRPr="00D55BA8">
        <w:rPr>
          <w:i/>
          <w:color w:val="666666"/>
          <w:sz w:val="16"/>
          <w:lang w:val="ru-RU"/>
        </w:rPr>
        <w:t>8-</w:t>
      </w:r>
      <w:r>
        <w:rPr>
          <w:i/>
          <w:color w:val="666666"/>
          <w:sz w:val="16"/>
        </w:rPr>
        <w:t>vol</w:t>
      </w:r>
      <w:r w:rsidRPr="00D55BA8">
        <w:rPr>
          <w:i/>
          <w:color w:val="666666"/>
          <w:sz w:val="16"/>
          <w:lang w:val="ru-RU"/>
        </w:rPr>
        <w:t>1-</w:t>
      </w:r>
      <w:r>
        <w:rPr>
          <w:i/>
          <w:color w:val="666666"/>
          <w:sz w:val="16"/>
        </w:rPr>
        <w:t>sec</w:t>
      </w:r>
      <w:r w:rsidRPr="00D55BA8">
        <w:rPr>
          <w:i/>
          <w:color w:val="666666"/>
          <w:sz w:val="16"/>
          <w:lang w:val="ru-RU"/>
        </w:rPr>
        <w:t xml:space="preserve">204-5  •  </w:t>
      </w:r>
      <w:r>
        <w:rPr>
          <w:i/>
          <w:color w:val="666666"/>
          <w:sz w:val="16"/>
        </w:rPr>
        <w:t>https</w:t>
      </w:r>
      <w:r w:rsidRPr="00D55BA8">
        <w:rPr>
          <w:i/>
          <w:color w:val="666666"/>
          <w:sz w:val="16"/>
          <w:lang w:val="ru-RU"/>
        </w:rPr>
        <w:t>://</w:t>
      </w:r>
      <w:r>
        <w:rPr>
          <w:i/>
          <w:color w:val="666666"/>
          <w:sz w:val="16"/>
        </w:rPr>
        <w:t>content</w:t>
      </w:r>
      <w:r w:rsidRPr="00D55BA8">
        <w:rPr>
          <w:i/>
          <w:color w:val="666666"/>
          <w:sz w:val="16"/>
          <w:lang w:val="ru-RU"/>
        </w:rPr>
        <w:t>.</w:t>
      </w:r>
      <w:proofErr w:type="spellStart"/>
      <w:r>
        <w:rPr>
          <w:i/>
          <w:color w:val="666666"/>
          <w:sz w:val="16"/>
        </w:rPr>
        <w:t>govdelivery</w:t>
      </w:r>
      <w:proofErr w:type="spellEnd"/>
      <w:r w:rsidRPr="00D55BA8">
        <w:rPr>
          <w:i/>
          <w:color w:val="666666"/>
          <w:sz w:val="16"/>
          <w:lang w:val="ru-RU"/>
        </w:rPr>
        <w:t>.</w:t>
      </w:r>
      <w:r>
        <w:rPr>
          <w:i/>
          <w:color w:val="666666"/>
          <w:sz w:val="16"/>
        </w:rPr>
        <w:t>com</w:t>
      </w:r>
      <w:r w:rsidRPr="00D55BA8">
        <w:rPr>
          <w:i/>
          <w:color w:val="666666"/>
          <w:sz w:val="16"/>
          <w:lang w:val="ru-RU"/>
        </w:rPr>
        <w:t>/</w:t>
      </w:r>
      <w:r>
        <w:rPr>
          <w:i/>
          <w:color w:val="666666"/>
          <w:sz w:val="16"/>
        </w:rPr>
        <w:t>accounts</w:t>
      </w:r>
      <w:r w:rsidRPr="00D55BA8">
        <w:rPr>
          <w:i/>
          <w:color w:val="666666"/>
          <w:sz w:val="16"/>
          <w:lang w:val="ru-RU"/>
        </w:rPr>
        <w:t>/</w:t>
      </w:r>
      <w:r>
        <w:rPr>
          <w:i/>
          <w:color w:val="666666"/>
          <w:sz w:val="16"/>
        </w:rPr>
        <w:t>USDHSCIS</w:t>
      </w:r>
      <w:r w:rsidRPr="00D55BA8">
        <w:rPr>
          <w:i/>
          <w:color w:val="666666"/>
          <w:sz w:val="16"/>
          <w:lang w:val="ru-RU"/>
        </w:rPr>
        <w:t>/</w:t>
      </w:r>
      <w:r>
        <w:rPr>
          <w:i/>
          <w:color w:val="666666"/>
          <w:sz w:val="16"/>
        </w:rPr>
        <w:t>bulletins</w:t>
      </w:r>
      <w:r w:rsidRPr="00D55BA8">
        <w:rPr>
          <w:i/>
          <w:color w:val="666666"/>
          <w:sz w:val="16"/>
          <w:lang w:val="ru-RU"/>
        </w:rPr>
        <w:t>/3</w:t>
      </w:r>
      <w:r>
        <w:rPr>
          <w:i/>
          <w:color w:val="666666"/>
          <w:sz w:val="16"/>
        </w:rPr>
        <w:t>b</w:t>
      </w:r>
      <w:r w:rsidRPr="00D55BA8">
        <w:rPr>
          <w:i/>
          <w:color w:val="666666"/>
          <w:sz w:val="16"/>
          <w:lang w:val="ru-RU"/>
        </w:rPr>
        <w:t>985</w:t>
      </w:r>
      <w:r>
        <w:rPr>
          <w:i/>
          <w:color w:val="666666"/>
          <w:sz w:val="16"/>
        </w:rPr>
        <w:t>b</w:t>
      </w:r>
      <w:r w:rsidRPr="00D55BA8">
        <w:rPr>
          <w:i/>
          <w:color w:val="666666"/>
          <w:sz w:val="16"/>
          <w:lang w:val="ru-RU"/>
        </w:rPr>
        <w:t>1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22"/>
      </w:tblGrid>
      <w:tr w:rsidR="00E56751" w:rsidRPr="00B276D0">
        <w:trPr>
          <w:cantSplit/>
          <w:jc w:val="center"/>
        </w:trPr>
        <w:tc>
          <w:tcPr>
            <w:tcW w:w="9922" w:type="dxa"/>
            <w:tcBorders>
              <w:top w:val="single" w:sz="8" w:space="0" w:color="17365D"/>
              <w:left w:val="single" w:sz="16" w:space="0" w:color="17365D"/>
              <w:bottom w:val="single" w:sz="8" w:space="0" w:color="17365D"/>
              <w:right w:val="single" w:sz="8" w:space="0" w:color="17365D"/>
            </w:tcBorders>
            <w:shd w:val="clear" w:color="auto" w:fill="EEF4F8"/>
          </w:tcPr>
          <w:p w:rsidR="00E56751" w:rsidRPr="00D55BA8" w:rsidRDefault="00000000">
            <w:pPr>
              <w:spacing w:after="40"/>
              <w:rPr>
                <w:lang w:val="ru-RU"/>
              </w:rPr>
            </w:pPr>
            <w:r w:rsidRPr="00D55BA8">
              <w:rPr>
                <w:b/>
                <w:color w:val="17365D"/>
                <w:lang w:val="ru-RU"/>
              </w:rPr>
              <w:t>Примечание об актуальности</w:t>
            </w:r>
          </w:p>
          <w:p w:rsidR="00E56751" w:rsidRPr="00D55BA8" w:rsidRDefault="00000000">
            <w:pPr>
              <w:spacing w:after="0" w:line="254" w:lineRule="auto"/>
              <w:rPr>
                <w:lang w:val="ru-RU"/>
              </w:rPr>
            </w:pPr>
            <w:r w:rsidRPr="00D55BA8">
              <w:rPr>
                <w:color w:val="000000"/>
                <w:sz w:val="18"/>
                <w:lang w:val="ru-RU"/>
              </w:rPr>
              <w:t xml:space="preserve">Иммиграционная политика, формы, судебная практика и внутренние подходы к оценке доказательств могут меняться. Перед использованием анкеты для конкретной подачи следует проверить действующую редакцию </w:t>
            </w:r>
            <w:r>
              <w:rPr>
                <w:color w:val="000000"/>
                <w:sz w:val="18"/>
              </w:rPr>
              <w:t>USCIS</w:t>
            </w:r>
            <w:r w:rsidRPr="00D55BA8">
              <w:rPr>
                <w:color w:val="000000"/>
                <w:sz w:val="18"/>
                <w:lang w:val="ru-RU"/>
              </w:rPr>
              <w:t xml:space="preserve"> </w:t>
            </w:r>
            <w:r>
              <w:rPr>
                <w:color w:val="000000"/>
                <w:sz w:val="18"/>
              </w:rPr>
              <w:t>Policy</w:t>
            </w:r>
            <w:r w:rsidRPr="00D55BA8">
              <w:rPr>
                <w:color w:val="000000"/>
                <w:sz w:val="18"/>
                <w:lang w:val="ru-RU"/>
              </w:rPr>
              <w:t xml:space="preserve"> </w:t>
            </w:r>
            <w:r>
              <w:rPr>
                <w:color w:val="000000"/>
                <w:sz w:val="18"/>
              </w:rPr>
              <w:t>Manual</w:t>
            </w:r>
            <w:r w:rsidRPr="00D55BA8">
              <w:rPr>
                <w:color w:val="000000"/>
                <w:sz w:val="18"/>
                <w:lang w:val="ru-RU"/>
              </w:rPr>
              <w:t xml:space="preserve">, 8 </w:t>
            </w:r>
            <w:r>
              <w:rPr>
                <w:color w:val="000000"/>
                <w:sz w:val="18"/>
              </w:rPr>
              <w:t>CFR</w:t>
            </w:r>
            <w:r w:rsidRPr="00D55BA8">
              <w:rPr>
                <w:color w:val="000000"/>
                <w:sz w:val="18"/>
                <w:lang w:val="ru-RU"/>
              </w:rPr>
              <w:t xml:space="preserve">, </w:t>
            </w:r>
            <w:r>
              <w:rPr>
                <w:color w:val="000000"/>
                <w:sz w:val="18"/>
              </w:rPr>
              <w:t>form</w:t>
            </w:r>
            <w:r w:rsidRPr="00D55BA8">
              <w:rPr>
                <w:color w:val="000000"/>
                <w:sz w:val="18"/>
                <w:lang w:val="ru-RU"/>
              </w:rPr>
              <w:t xml:space="preserve"> </w:t>
            </w:r>
            <w:r>
              <w:rPr>
                <w:color w:val="000000"/>
                <w:sz w:val="18"/>
              </w:rPr>
              <w:t>instructions</w:t>
            </w:r>
            <w:r w:rsidRPr="00D55BA8">
              <w:rPr>
                <w:color w:val="000000"/>
                <w:sz w:val="18"/>
                <w:lang w:val="ru-RU"/>
              </w:rPr>
              <w:t xml:space="preserve"> и применимые судебные решения.</w:t>
            </w:r>
          </w:p>
        </w:tc>
      </w:tr>
    </w:tbl>
    <w:p w:rsidR="00E56751" w:rsidRPr="00D55BA8" w:rsidRDefault="00E56751">
      <w:pPr>
        <w:spacing w:after="40"/>
        <w:rPr>
          <w:lang w:val="ru-RU"/>
        </w:rPr>
      </w:pPr>
    </w:p>
    <w:sectPr w:rsidR="00E56751" w:rsidRPr="00D55BA8" w:rsidSect="00034616">
      <w:headerReference w:type="default" r:id="rId8"/>
      <w:footerReference w:type="default" r:id="rId9"/>
      <w:pgSz w:w="11906" w:h="16838"/>
      <w:pgMar w:top="935" w:right="992" w:bottom="879" w:left="9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10FBA" w:rsidRDefault="00610FBA">
      <w:pPr>
        <w:spacing w:after="0" w:line="240" w:lineRule="auto"/>
      </w:pPr>
      <w:r>
        <w:separator/>
      </w:r>
    </w:p>
  </w:endnote>
  <w:endnote w:type="continuationSeparator" w:id="0">
    <w:p w:rsidR="00610FBA" w:rsidRDefault="00610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rlito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56751" w:rsidRDefault="00000000">
    <w:pPr>
      <w:pStyle w:val="Footer"/>
      <w:jc w:val="right"/>
    </w:pPr>
    <w:r>
      <w:rPr>
        <w:color w:val="666666"/>
        <w:sz w:val="16"/>
      </w:rPr>
      <w:t xml:space="preserve">Страница </w:t>
    </w:r>
    <w:r>
      <w:rPr>
        <w:color w:val="666666"/>
        <w:sz w:val="16"/>
      </w:rPr>
      <w:fldChar w:fldCharType="begin"/>
    </w:r>
    <w:r>
      <w:rPr>
        <w:color w:val="666666"/>
        <w:sz w:val="16"/>
      </w:rPr>
      <w:instrText xml:space="preserve"> PAGE </w:instrText>
    </w:r>
    <w:r>
      <w:rPr>
        <w:color w:val="666666"/>
        <w:sz w:val="16"/>
      </w:rPr>
      <w:fldChar w:fldCharType="separate"/>
    </w:r>
    <w:r w:rsidR="00D55BA8">
      <w:rPr>
        <w:noProof/>
        <w:color w:val="666666"/>
        <w:sz w:val="16"/>
      </w:rPr>
      <w:t>1</w:t>
    </w:r>
    <w:r>
      <w:rPr>
        <w:color w:val="666666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10FBA" w:rsidRDefault="00610FBA">
      <w:pPr>
        <w:spacing w:after="0" w:line="240" w:lineRule="auto"/>
      </w:pPr>
      <w:r>
        <w:separator/>
      </w:r>
    </w:p>
  </w:footnote>
  <w:footnote w:type="continuationSeparator" w:id="0">
    <w:p w:rsidR="00610FBA" w:rsidRDefault="00610F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56751" w:rsidRDefault="00000000">
    <w:pPr>
      <w:pStyle w:val="Header"/>
      <w:jc w:val="right"/>
    </w:pPr>
    <w:r>
      <w:rPr>
        <w:b/>
        <w:color w:val="17365D"/>
        <w:sz w:val="15"/>
      </w:rPr>
      <w:t>EB-1A • ПРЕДВАРИТЕЛЬНЫЙ ОПРОСНЫЙ ЛИСТ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393147">
    <w:abstractNumId w:val="8"/>
  </w:num>
  <w:num w:numId="2" w16cid:durableId="1757093313">
    <w:abstractNumId w:val="6"/>
  </w:num>
  <w:num w:numId="3" w16cid:durableId="1802454877">
    <w:abstractNumId w:val="5"/>
  </w:num>
  <w:num w:numId="4" w16cid:durableId="477572865">
    <w:abstractNumId w:val="4"/>
  </w:num>
  <w:num w:numId="5" w16cid:durableId="213083586">
    <w:abstractNumId w:val="7"/>
  </w:num>
  <w:num w:numId="6" w16cid:durableId="75059019">
    <w:abstractNumId w:val="3"/>
  </w:num>
  <w:num w:numId="7" w16cid:durableId="898785487">
    <w:abstractNumId w:val="2"/>
  </w:num>
  <w:num w:numId="8" w16cid:durableId="1595357086">
    <w:abstractNumId w:val="1"/>
  </w:num>
  <w:num w:numId="9" w16cid:durableId="1439372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54A1B"/>
    <w:rsid w:val="003E6FCD"/>
    <w:rsid w:val="00610FBA"/>
    <w:rsid w:val="00AA1D8D"/>
    <w:rsid w:val="00B276D0"/>
    <w:rsid w:val="00B47730"/>
    <w:rsid w:val="00CB0664"/>
    <w:rsid w:val="00D55BA8"/>
    <w:rsid w:val="00E5675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CED174"/>
  <w14:defaultImageDpi w14:val="300"/>
  <w15:docId w15:val="{8E638B1E-E9D6-E546-A3B3-D9083A7D9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rlito" w:eastAsia="Carlito" w:hAnsi="Carlito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4159</Words>
  <Characters>23707</Characters>
  <Application>Microsoft Office Word</Application>
  <DocSecurity>0</DocSecurity>
  <Lines>197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Опросный лист EB-1A — профессиональная предварительная оценка</vt:lpstr>
    </vt:vector>
  </TitlesOfParts>
  <Manager/>
  <Company/>
  <LinksUpToDate>false</LinksUpToDate>
  <CharactersWithSpaces>27811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EB-1A — профессиональная предварительная оценка</dc:title>
  <dc:subject>EB-1A Extraordinary Ability intake questionnaire</dc:subject>
  <dc:creator>Microsoft Office User</dc:creator>
  <cp:keywords>EB-1A, extraordinary ability, intake, questionnaire, USCIS</cp:keywords>
  <dc:description>Prepared as a structured screening and evidence collection questionnaire; not an official USCIS form.</dc:description>
  <cp:lastModifiedBy>Microsoft Office User</cp:lastModifiedBy>
  <cp:revision>3</cp:revision>
  <dcterms:created xsi:type="dcterms:W3CDTF">2026-08-12T23:49:00Z</dcterms:created>
  <dcterms:modified xsi:type="dcterms:W3CDTF">2026-09-14T05:20:00Z</dcterms:modified>
  <cp:category/>
</cp:coreProperties>
</file>